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29AB" w14:textId="653F1821" w:rsidR="000B25F3" w:rsidRPr="00FE3E60" w:rsidRDefault="00013F07">
      <w:pPr>
        <w:pBdr>
          <w:bottom w:val="single" w:sz="8" w:space="6" w:color="1F4E79"/>
        </w:pBdr>
        <w:spacing w:after="40" w:line="252" w:lineRule="auto"/>
        <w:jc w:val="center"/>
        <w:rPr>
          <w:lang w:val="fr-FR"/>
        </w:rPr>
      </w:pPr>
      <w:r w:rsidRPr="00FE3E60">
        <w:rPr>
          <w:rFonts w:ascii="Arial" w:eastAsia="Arial" w:hAnsi="Arial"/>
          <w:b/>
          <w:color w:val="1F4E79"/>
          <w:sz w:val="34"/>
          <w:lang w:val="fr-FR"/>
        </w:rPr>
        <w:t xml:space="preserve">Fiche de candidature– Programme </w:t>
      </w:r>
      <w:proofErr w:type="spellStart"/>
      <w:r w:rsidRPr="00FE3E60">
        <w:rPr>
          <w:rFonts w:ascii="Arial" w:eastAsia="Arial" w:hAnsi="Arial"/>
          <w:b/>
          <w:color w:val="1F4E79"/>
          <w:sz w:val="34"/>
          <w:lang w:val="fr-FR"/>
        </w:rPr>
        <w:t>Accélereo</w:t>
      </w:r>
      <w:proofErr w:type="spellEnd"/>
    </w:p>
    <w:p w14:paraId="6F116C51" w14:textId="7A934986" w:rsidR="000B25F3" w:rsidRPr="004749DA" w:rsidRDefault="00F66DB2" w:rsidP="004749DA">
      <w:pPr>
        <w:pStyle w:val="Paragraphedeliste"/>
        <w:numPr>
          <w:ilvl w:val="0"/>
          <w:numId w:val="12"/>
        </w:numPr>
        <w:rPr>
          <w:b/>
          <w:bCs/>
          <w:color w:val="4F81BD" w:themeColor="accent1"/>
          <w:sz w:val="40"/>
          <w:szCs w:val="48"/>
          <w:lang w:val="fr-FR"/>
        </w:rPr>
      </w:pPr>
      <w:r w:rsidRPr="004749DA">
        <w:rPr>
          <w:b/>
          <w:bCs/>
          <w:color w:val="4F81BD" w:themeColor="accent1"/>
          <w:sz w:val="40"/>
          <w:szCs w:val="48"/>
          <w:lang w:val="fr-FR"/>
        </w:rPr>
        <w:t>L</w:t>
      </w:r>
      <w:r w:rsidR="00013F07" w:rsidRPr="004749DA">
        <w:rPr>
          <w:b/>
          <w:bCs/>
          <w:color w:val="4F81BD" w:themeColor="accent1"/>
          <w:sz w:val="40"/>
          <w:szCs w:val="48"/>
          <w:lang w:val="fr-FR"/>
        </w:rPr>
        <w:t>’entreprise</w:t>
      </w:r>
    </w:p>
    <w:tbl>
      <w:tblPr>
        <w:tblStyle w:val="Grilledutableau"/>
        <w:tblW w:w="0" w:type="auto"/>
        <w:jc w:val="center"/>
        <w:tblLook w:val="04A0" w:firstRow="1" w:lastRow="0" w:firstColumn="1" w:lastColumn="0" w:noHBand="0" w:noVBand="1"/>
      </w:tblPr>
      <w:tblGrid>
        <w:gridCol w:w="2558"/>
        <w:gridCol w:w="6973"/>
      </w:tblGrid>
      <w:tr w:rsidR="00233E73" w14:paraId="16D14F0D" w14:textId="77777777" w:rsidTr="00FA3B8A">
        <w:trPr>
          <w:trHeight w:val="312"/>
          <w:jc w:val="center"/>
        </w:trPr>
        <w:tc>
          <w:tcPr>
            <w:tcW w:w="9531" w:type="dxa"/>
            <w:gridSpan w:val="2"/>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0BE2CCA3" w14:textId="22265A4E" w:rsidR="00233E73" w:rsidRPr="004749DA" w:rsidRDefault="00233E73">
            <w:pPr>
              <w:rPr>
                <w:b/>
                <w:bCs/>
              </w:rPr>
            </w:pPr>
            <w:r w:rsidRPr="004749DA">
              <w:rPr>
                <w:b/>
                <w:bCs/>
              </w:rPr>
              <w:t>ENTREPRISE</w:t>
            </w:r>
          </w:p>
        </w:tc>
      </w:tr>
      <w:tr w:rsidR="000B25F3" w14:paraId="031A14C5" w14:textId="77777777" w:rsidTr="00FA3B8A">
        <w:trPr>
          <w:trHeight w:val="312"/>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0A7545DB" w14:textId="1B03CCD9" w:rsidR="000B25F3" w:rsidRDefault="00013F07">
            <w:pPr>
              <w:spacing w:line="252" w:lineRule="auto"/>
            </w:pPr>
            <w:r>
              <w:rPr>
                <w:b/>
                <w:sz w:val="21"/>
              </w:rPr>
              <w:t xml:space="preserve">Nom </w:t>
            </w:r>
            <w:proofErr w:type="spellStart"/>
            <w:r>
              <w:rPr>
                <w:b/>
                <w:sz w:val="21"/>
              </w:rPr>
              <w:t>légal</w:t>
            </w:r>
            <w:proofErr w:type="spellEnd"/>
            <w:r>
              <w:rPr>
                <w:b/>
                <w:sz w:val="21"/>
              </w:rPr>
              <w:t xml:space="preserve"> de </w:t>
            </w:r>
            <w:proofErr w:type="spellStart"/>
            <w:r>
              <w:rPr>
                <w:b/>
                <w:sz w:val="21"/>
              </w:rPr>
              <w:t>l’entreprise</w:t>
            </w:r>
            <w:proofErr w:type="spellEnd"/>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5005A1B9" w14:textId="0EC89310" w:rsidR="000B25F3" w:rsidRDefault="000B25F3"/>
        </w:tc>
      </w:tr>
      <w:tr w:rsidR="000B25F3" w:rsidRPr="00EB52B2" w14:paraId="5BE4BF9C" w14:textId="77777777" w:rsidTr="00FA3B8A">
        <w:trPr>
          <w:trHeight w:val="312"/>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1A9B85E3" w14:textId="77777777" w:rsidR="000B25F3" w:rsidRPr="00FE3E60" w:rsidRDefault="00013F07">
            <w:pPr>
              <w:spacing w:line="252" w:lineRule="auto"/>
              <w:rPr>
                <w:lang w:val="fr-FR"/>
              </w:rPr>
            </w:pPr>
            <w:r w:rsidRPr="00FE3E60">
              <w:rPr>
                <w:b/>
                <w:sz w:val="21"/>
                <w:lang w:val="fr-FR"/>
              </w:rPr>
              <w:t>Nom commercial, le cas échéant</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5B6C1169" w14:textId="77777777" w:rsidR="000B25F3" w:rsidRPr="00FE3E60" w:rsidRDefault="000B25F3">
            <w:pPr>
              <w:rPr>
                <w:lang w:val="fr-FR"/>
              </w:rPr>
            </w:pPr>
          </w:p>
        </w:tc>
      </w:tr>
      <w:tr w:rsidR="000B25F3" w14:paraId="4B43D166" w14:textId="77777777" w:rsidTr="00FA3B8A">
        <w:trPr>
          <w:trHeight w:val="312"/>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7197B509" w14:textId="70B15DC2" w:rsidR="000B25F3" w:rsidRDefault="00013F07">
            <w:pPr>
              <w:spacing w:line="252" w:lineRule="auto"/>
            </w:pPr>
            <w:proofErr w:type="spellStart"/>
            <w:r>
              <w:rPr>
                <w:b/>
                <w:sz w:val="21"/>
              </w:rPr>
              <w:t>Forme</w:t>
            </w:r>
            <w:proofErr w:type="spellEnd"/>
            <w:r>
              <w:rPr>
                <w:b/>
                <w:sz w:val="21"/>
              </w:rPr>
              <w:t xml:space="preserve"> </w:t>
            </w:r>
            <w:proofErr w:type="spellStart"/>
            <w:r>
              <w:rPr>
                <w:b/>
                <w:sz w:val="21"/>
              </w:rPr>
              <w:t>juridique</w:t>
            </w:r>
            <w:proofErr w:type="spellEnd"/>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640913A7" w14:textId="74468D52" w:rsidR="000B25F3" w:rsidRDefault="000B25F3"/>
        </w:tc>
      </w:tr>
      <w:tr w:rsidR="000B25F3" w:rsidRPr="002D4D52" w14:paraId="42B5A015" w14:textId="77777777" w:rsidTr="00FA3B8A">
        <w:trPr>
          <w:trHeight w:val="25"/>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03C506D5" w14:textId="7F788A4B" w:rsidR="000B25F3" w:rsidRDefault="00013F07">
            <w:pPr>
              <w:spacing w:line="252" w:lineRule="auto"/>
            </w:pPr>
            <w:r>
              <w:rPr>
                <w:b/>
                <w:sz w:val="21"/>
              </w:rPr>
              <w:t>NIF</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241E8A8A" w14:textId="23D79B8D" w:rsidR="002F2AE7" w:rsidRPr="00FA3B8A" w:rsidRDefault="00013F07" w:rsidP="00AF29B5">
            <w:pPr>
              <w:spacing w:line="252" w:lineRule="auto"/>
              <w:rPr>
                <w:lang w:val="fr-FR"/>
              </w:rPr>
            </w:pPr>
            <w:r w:rsidRPr="00FA3B8A">
              <w:rPr>
                <w:sz w:val="21"/>
                <w:lang w:val="fr-FR"/>
              </w:rPr>
              <w:t>NIF :</w:t>
            </w:r>
            <w:r w:rsidR="00005A84" w:rsidRPr="00FA3B8A">
              <w:rPr>
                <w:sz w:val="21"/>
                <w:lang w:val="fr-FR"/>
              </w:rPr>
              <w:t xml:space="preserve"> …………</w:t>
            </w:r>
            <w:proofErr w:type="gramStart"/>
            <w:r w:rsidR="00005A84" w:rsidRPr="00FA3B8A">
              <w:rPr>
                <w:sz w:val="21"/>
                <w:lang w:val="fr-FR"/>
              </w:rPr>
              <w:t>…….</w:t>
            </w:r>
            <w:proofErr w:type="gramEnd"/>
          </w:p>
        </w:tc>
      </w:tr>
      <w:tr w:rsidR="00AF29B5" w:rsidRPr="00AF29B5" w14:paraId="32451967" w14:textId="77777777" w:rsidTr="00FA3B8A">
        <w:trPr>
          <w:trHeight w:val="137"/>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47E6A9F6" w14:textId="3B9D9B20" w:rsidR="00AF29B5" w:rsidRDefault="00AF29B5">
            <w:pPr>
              <w:spacing w:line="252" w:lineRule="auto"/>
              <w:rPr>
                <w:b/>
                <w:sz w:val="21"/>
              </w:rPr>
            </w:pPr>
            <w:r>
              <w:rPr>
                <w:b/>
                <w:sz w:val="21"/>
              </w:rPr>
              <w:t>STAT</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77131622" w14:textId="50E42380" w:rsidR="00AF29B5" w:rsidRPr="00AF29B5" w:rsidRDefault="00AF29B5" w:rsidP="00F54A97">
            <w:pPr>
              <w:spacing w:line="252" w:lineRule="auto"/>
              <w:rPr>
                <w:sz w:val="21"/>
                <w:lang w:val="fr-FR"/>
              </w:rPr>
            </w:pPr>
            <w:r w:rsidRPr="00375F0B">
              <w:rPr>
                <w:sz w:val="21"/>
                <w:lang w:val="fr-FR"/>
              </w:rPr>
              <w:t>STAT : …………</w:t>
            </w:r>
            <w:proofErr w:type="gramStart"/>
            <w:r w:rsidRPr="00375F0B">
              <w:rPr>
                <w:sz w:val="21"/>
                <w:lang w:val="fr-FR"/>
              </w:rPr>
              <w:t>…….</w:t>
            </w:r>
            <w:proofErr w:type="gramEnd"/>
          </w:p>
        </w:tc>
      </w:tr>
      <w:tr w:rsidR="00AF29B5" w:rsidRPr="00AF29B5" w14:paraId="391A4B87" w14:textId="77777777" w:rsidTr="00FA3B8A">
        <w:trPr>
          <w:trHeight w:val="25"/>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617579EE" w14:textId="21E180AF" w:rsidR="00AF29B5" w:rsidRDefault="00AF29B5">
            <w:pPr>
              <w:spacing w:line="252" w:lineRule="auto"/>
              <w:rPr>
                <w:b/>
                <w:sz w:val="21"/>
              </w:rPr>
            </w:pPr>
            <w:r>
              <w:rPr>
                <w:b/>
                <w:sz w:val="21"/>
              </w:rPr>
              <w:t>RCS</w:t>
            </w:r>
            <w:r w:rsidR="004B0319">
              <w:rPr>
                <w:b/>
                <w:sz w:val="21"/>
              </w:rPr>
              <w:t xml:space="preserve"> </w:t>
            </w:r>
            <w:r w:rsidR="001C076E">
              <w:rPr>
                <w:b/>
                <w:sz w:val="21"/>
              </w:rPr>
              <w:t xml:space="preserve">  </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72D38ECD" w14:textId="38A4C82F" w:rsidR="00AF29B5" w:rsidRPr="00AF29B5" w:rsidRDefault="00AF29B5" w:rsidP="00F54A97">
            <w:pPr>
              <w:spacing w:line="252" w:lineRule="auto"/>
              <w:rPr>
                <w:sz w:val="21"/>
                <w:lang w:val="fr-FR"/>
              </w:rPr>
            </w:pPr>
            <w:r w:rsidRPr="007274F4">
              <w:rPr>
                <w:sz w:val="21"/>
                <w:lang w:val="fr-FR"/>
              </w:rPr>
              <w:t>RCS : …………</w:t>
            </w:r>
            <w:proofErr w:type="gramStart"/>
            <w:r w:rsidRPr="007274F4">
              <w:rPr>
                <w:sz w:val="21"/>
                <w:lang w:val="fr-FR"/>
              </w:rPr>
              <w:t>…….</w:t>
            </w:r>
            <w:proofErr w:type="gramEnd"/>
          </w:p>
        </w:tc>
      </w:tr>
      <w:tr w:rsidR="000B25F3" w:rsidRPr="00B55CB1" w14:paraId="2165BAB3" w14:textId="77777777" w:rsidTr="00FA3B8A">
        <w:trPr>
          <w:trHeight w:val="312"/>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4CCB1833" w14:textId="21772E44" w:rsidR="000B25F3" w:rsidRPr="00FA3B8A" w:rsidRDefault="00013F07">
            <w:pPr>
              <w:spacing w:line="252" w:lineRule="auto"/>
              <w:rPr>
                <w:lang w:val="fr-FR"/>
              </w:rPr>
            </w:pPr>
            <w:r w:rsidRPr="00FA3B8A">
              <w:rPr>
                <w:b/>
                <w:sz w:val="21"/>
                <w:lang w:val="fr-FR"/>
              </w:rPr>
              <w:t xml:space="preserve">Date de </w:t>
            </w:r>
            <w:r w:rsidR="00636EA9">
              <w:rPr>
                <w:b/>
                <w:sz w:val="21"/>
                <w:lang w:val="fr-FR"/>
              </w:rPr>
              <w:t>formalisation</w:t>
            </w:r>
            <w:r w:rsidR="00B55CB1" w:rsidRPr="00FA3B8A">
              <w:rPr>
                <w:b/>
                <w:sz w:val="21"/>
                <w:lang w:val="fr-FR"/>
              </w:rPr>
              <w:t xml:space="preserve"> de l</w:t>
            </w:r>
            <w:r w:rsidR="00B55CB1">
              <w:rPr>
                <w:b/>
                <w:sz w:val="21"/>
                <w:lang w:val="fr-FR"/>
              </w:rPr>
              <w:t>’entreprise</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266C3CD0" w14:textId="13B0984B" w:rsidR="000B25F3" w:rsidRPr="00FA3B8A" w:rsidRDefault="00A871B8">
            <w:pPr>
              <w:rPr>
                <w:lang w:val="fr-FR"/>
              </w:rPr>
            </w:pPr>
            <w:r>
              <w:rPr>
                <w:lang w:val="fr-FR"/>
              </w:rPr>
              <w:t>DD/MM/AAAA</w:t>
            </w:r>
          </w:p>
        </w:tc>
      </w:tr>
      <w:tr w:rsidR="00233E73" w:rsidRPr="00EB52B2" w14:paraId="017B4F64" w14:textId="77777777" w:rsidTr="00FA3B8A">
        <w:trPr>
          <w:trHeight w:val="312"/>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26E17A07" w14:textId="0BCB725B" w:rsidR="00233E73" w:rsidRPr="00233E73" w:rsidRDefault="00233E73">
            <w:pPr>
              <w:spacing w:line="252" w:lineRule="auto"/>
              <w:rPr>
                <w:b/>
                <w:sz w:val="21"/>
                <w:lang w:val="fr-FR"/>
              </w:rPr>
            </w:pPr>
            <w:r w:rsidRPr="00FE3E60">
              <w:rPr>
                <w:b/>
                <w:sz w:val="21"/>
                <w:lang w:val="fr-FR"/>
              </w:rPr>
              <w:t>Site web ou page professionnelle</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33132B92" w14:textId="77777777" w:rsidR="00233E73" w:rsidRDefault="00233E73">
            <w:pPr>
              <w:rPr>
                <w:lang w:val="fr-FR"/>
              </w:rPr>
            </w:pPr>
          </w:p>
        </w:tc>
      </w:tr>
      <w:tr w:rsidR="000B25F3" w:rsidRPr="00EB52B2" w14:paraId="0D54DD2D" w14:textId="77777777" w:rsidTr="00FA3B8A">
        <w:trPr>
          <w:trHeight w:val="312"/>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56B83546" w14:textId="77777777" w:rsidR="000B25F3" w:rsidRDefault="00013F07">
            <w:pPr>
              <w:spacing w:line="252" w:lineRule="auto"/>
            </w:pPr>
            <w:proofErr w:type="spellStart"/>
            <w:r>
              <w:rPr>
                <w:b/>
                <w:sz w:val="21"/>
              </w:rPr>
              <w:t>Adresse</w:t>
            </w:r>
            <w:proofErr w:type="spellEnd"/>
            <w:r>
              <w:rPr>
                <w:b/>
                <w:sz w:val="21"/>
              </w:rPr>
              <w:t xml:space="preserve"> du </w:t>
            </w:r>
            <w:proofErr w:type="spellStart"/>
            <w:r>
              <w:rPr>
                <w:b/>
                <w:sz w:val="21"/>
              </w:rPr>
              <w:t>siège</w:t>
            </w:r>
            <w:proofErr w:type="spellEnd"/>
            <w:r>
              <w:rPr>
                <w:b/>
                <w:sz w:val="21"/>
              </w:rPr>
              <w:t xml:space="preserve"> social</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30AA5199" w14:textId="5AFD5984" w:rsidR="00AF29B5" w:rsidRDefault="00AF29B5">
            <w:pPr>
              <w:rPr>
                <w:lang w:val="fr-FR"/>
              </w:rPr>
            </w:pPr>
            <w:r>
              <w:rPr>
                <w:lang w:val="fr-FR"/>
              </w:rPr>
              <w:t xml:space="preserve">Adresse : </w:t>
            </w:r>
            <w:r w:rsidRPr="00375F0B">
              <w:rPr>
                <w:sz w:val="21"/>
                <w:lang w:val="fr-FR"/>
              </w:rPr>
              <w:t>……………….</w:t>
            </w:r>
          </w:p>
          <w:p w14:paraId="73E0ACDF" w14:textId="5C078F74" w:rsidR="000B25F3" w:rsidRPr="00FA3B8A" w:rsidRDefault="00030EA3">
            <w:pPr>
              <w:rPr>
                <w:lang w:val="fr-FR"/>
              </w:rPr>
            </w:pPr>
            <w:r w:rsidRPr="00FA3B8A">
              <w:rPr>
                <w:lang w:val="fr-FR"/>
              </w:rPr>
              <w:t xml:space="preserve">Région </w:t>
            </w:r>
            <w:r w:rsidR="000F6A48" w:rsidRPr="00FA3B8A">
              <w:rPr>
                <w:lang w:val="fr-FR"/>
              </w:rPr>
              <w:t xml:space="preserve">de </w:t>
            </w:r>
            <w:r w:rsidR="000F6A48" w:rsidRPr="000F6A48">
              <w:rPr>
                <w:lang w:val="fr-FR"/>
              </w:rPr>
              <w:t>localisation</w:t>
            </w:r>
            <w:r w:rsidR="000F6A48" w:rsidRPr="00FA3B8A">
              <w:rPr>
                <w:lang w:val="fr-FR"/>
              </w:rPr>
              <w:t xml:space="preserve"> du </w:t>
            </w:r>
            <w:r w:rsidR="000F6A48" w:rsidRPr="000F6A48">
              <w:rPr>
                <w:lang w:val="fr-FR"/>
              </w:rPr>
              <w:t>s</w:t>
            </w:r>
            <w:r w:rsidR="000F6A48">
              <w:rPr>
                <w:lang w:val="fr-FR"/>
              </w:rPr>
              <w:t>iège social [23 régions</w:t>
            </w:r>
            <w:r w:rsidR="0062608B">
              <w:rPr>
                <w:lang w:val="fr-FR"/>
              </w:rPr>
              <w:t xml:space="preserve"> + Autre]</w:t>
            </w:r>
            <w:r w:rsidR="00A05A60" w:rsidRPr="002C0123">
              <w:rPr>
                <w:color w:val="FF0000"/>
                <w:sz w:val="21"/>
                <w:lang w:val="fr-FR"/>
              </w:rPr>
              <w:t xml:space="preserve"> </w:t>
            </w:r>
          </w:p>
        </w:tc>
      </w:tr>
      <w:tr w:rsidR="000B25F3" w:rsidRPr="00A23182" w14:paraId="48222665" w14:textId="77777777" w:rsidTr="00FA3B8A">
        <w:trPr>
          <w:trHeight w:val="369"/>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1EBA5CA3" w14:textId="32F5F2D6" w:rsidR="000B25F3" w:rsidRDefault="00013F07">
            <w:pPr>
              <w:spacing w:line="252" w:lineRule="auto"/>
              <w:rPr>
                <w:b/>
                <w:sz w:val="21"/>
                <w:lang w:val="fr-FR"/>
              </w:rPr>
            </w:pPr>
            <w:r w:rsidRPr="00FA3B8A">
              <w:rPr>
                <w:b/>
                <w:sz w:val="21"/>
                <w:szCs w:val="21"/>
                <w:lang w:val="fr-FR"/>
              </w:rPr>
              <w:t>Région(</w:t>
            </w:r>
            <w:r w:rsidR="0062608B" w:rsidRPr="00FA3B8A">
              <w:rPr>
                <w:b/>
                <w:sz w:val="21"/>
                <w:szCs w:val="21"/>
                <w:lang w:val="fr-FR"/>
              </w:rPr>
              <w:t>s)</w:t>
            </w:r>
            <w:r w:rsidRPr="00FA3B8A">
              <w:rPr>
                <w:b/>
                <w:sz w:val="21"/>
                <w:szCs w:val="21"/>
                <w:lang w:val="fr-FR"/>
              </w:rPr>
              <w:t xml:space="preserve"> </w:t>
            </w:r>
            <w:proofErr w:type="spellStart"/>
            <w:r w:rsidR="0062608B" w:rsidRPr="00FA3B8A">
              <w:rPr>
                <w:b/>
                <w:sz w:val="21"/>
                <w:szCs w:val="21"/>
                <w:lang w:val="fr-FR"/>
              </w:rPr>
              <w:t>oú</w:t>
            </w:r>
            <w:proofErr w:type="spellEnd"/>
            <w:r w:rsidR="0062608B" w:rsidRPr="00FA3B8A">
              <w:rPr>
                <w:b/>
                <w:sz w:val="21"/>
                <w:szCs w:val="21"/>
                <w:lang w:val="fr-FR"/>
              </w:rPr>
              <w:t xml:space="preserve"> est/sont localisée</w:t>
            </w:r>
            <w:r w:rsidRPr="00FA3B8A">
              <w:rPr>
                <w:b/>
                <w:sz w:val="21"/>
                <w:szCs w:val="21"/>
                <w:lang w:val="fr-FR"/>
              </w:rPr>
              <w:t xml:space="preserve">(s) </w:t>
            </w:r>
            <w:r w:rsidR="0062608B" w:rsidRPr="00FA3B8A">
              <w:rPr>
                <w:b/>
                <w:sz w:val="21"/>
                <w:szCs w:val="21"/>
                <w:lang w:val="fr-FR"/>
              </w:rPr>
              <w:t>les op</w:t>
            </w:r>
            <w:r w:rsidR="0062608B" w:rsidRPr="6E3D023B">
              <w:rPr>
                <w:b/>
                <w:sz w:val="21"/>
                <w:szCs w:val="21"/>
                <w:lang w:val="fr-FR"/>
              </w:rPr>
              <w:t>érations</w:t>
            </w:r>
            <w:r w:rsidR="00A8149E">
              <w:rPr>
                <w:b/>
                <w:sz w:val="21"/>
                <w:szCs w:val="21"/>
                <w:lang w:val="fr-FR"/>
              </w:rPr>
              <w:t xml:space="preserve">, et </w:t>
            </w:r>
            <w:r w:rsidR="00A23182">
              <w:rPr>
                <w:b/>
                <w:sz w:val="21"/>
                <w:szCs w:val="21"/>
                <w:lang w:val="fr-FR"/>
              </w:rPr>
              <w:t>région(s)</w:t>
            </w:r>
            <w:r w:rsidR="00A23182">
              <w:rPr>
                <w:b/>
                <w:sz w:val="21"/>
                <w:lang w:val="fr-FR"/>
              </w:rPr>
              <w:t xml:space="preserve"> impactée(s) par les activités de l’entreprises.</w:t>
            </w:r>
          </w:p>
          <w:p w14:paraId="0BB5CC0F" w14:textId="7D062269" w:rsidR="00A23182" w:rsidRPr="00FA3B8A" w:rsidRDefault="00A23182">
            <w:pPr>
              <w:spacing w:line="252" w:lineRule="auto"/>
              <w:rPr>
                <w:lang w:val="fr-FR"/>
              </w:rPr>
            </w:pPr>
            <w:r w:rsidRPr="000D63FA">
              <w:rPr>
                <w:bCs/>
                <w:i/>
                <w:iCs/>
                <w:sz w:val="21"/>
                <w:szCs w:val="21"/>
                <w:lang w:val="fr-FR"/>
              </w:rPr>
              <w:t xml:space="preserve">Impactée(s) </w:t>
            </w:r>
            <w:r w:rsidRPr="00595B8F">
              <w:rPr>
                <w:i/>
                <w:iCs/>
                <w:sz w:val="21"/>
                <w:szCs w:val="21"/>
                <w:lang w:val="fr-FR"/>
              </w:rPr>
              <w:t xml:space="preserve">signifie que des </w:t>
            </w:r>
            <w:r w:rsidRPr="00595B8F">
              <w:rPr>
                <w:b/>
                <w:bCs/>
                <w:i/>
                <w:iCs/>
                <w:sz w:val="21"/>
                <w:szCs w:val="21"/>
                <w:lang w:val="fr-FR"/>
              </w:rPr>
              <w:t>bénéficiaires</w:t>
            </w:r>
            <w:r w:rsidRPr="00595B8F">
              <w:rPr>
                <w:i/>
                <w:iCs/>
                <w:sz w:val="21"/>
                <w:szCs w:val="21"/>
                <w:lang w:val="fr-FR"/>
              </w:rPr>
              <w:t xml:space="preserve"> (clients, employés, communautés, fournisseurs) ou des </w:t>
            </w:r>
            <w:r w:rsidRPr="00595B8F">
              <w:rPr>
                <w:b/>
                <w:bCs/>
                <w:i/>
                <w:iCs/>
                <w:sz w:val="21"/>
                <w:szCs w:val="21"/>
                <w:lang w:val="fr-FR"/>
              </w:rPr>
              <w:t>effets</w:t>
            </w:r>
            <w:r w:rsidRPr="00595B8F">
              <w:rPr>
                <w:i/>
                <w:iCs/>
                <w:sz w:val="21"/>
                <w:szCs w:val="21"/>
                <w:lang w:val="fr-FR"/>
              </w:rPr>
              <w:t xml:space="preserve"> se trouvent dans ces régions, de manière </w:t>
            </w:r>
            <w:r w:rsidRPr="00595B8F">
              <w:rPr>
                <w:b/>
                <w:bCs/>
                <w:i/>
                <w:iCs/>
                <w:sz w:val="21"/>
                <w:szCs w:val="21"/>
                <w:lang w:val="fr-FR"/>
              </w:rPr>
              <w:t>directe</w:t>
            </w:r>
            <w:r w:rsidRPr="00595B8F">
              <w:rPr>
                <w:i/>
                <w:iCs/>
                <w:sz w:val="21"/>
                <w:szCs w:val="21"/>
                <w:lang w:val="fr-FR"/>
              </w:rPr>
              <w:t xml:space="preserve"> et </w:t>
            </w:r>
            <w:r w:rsidRPr="00595B8F">
              <w:rPr>
                <w:b/>
                <w:bCs/>
                <w:i/>
                <w:iCs/>
                <w:sz w:val="21"/>
                <w:szCs w:val="21"/>
                <w:lang w:val="fr-FR"/>
              </w:rPr>
              <w:t>vérifiable</w:t>
            </w:r>
            <w:r w:rsidRPr="00595B8F">
              <w:rPr>
                <w:i/>
                <w:iCs/>
                <w:sz w:val="21"/>
                <w:szCs w:val="21"/>
                <w:lang w:val="fr-FR"/>
              </w:rPr>
              <w:t>.</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58622494" w14:textId="08EEF2DF" w:rsidR="000B25F3" w:rsidRPr="00FA3B8A" w:rsidRDefault="000F00E1">
            <w:pPr>
              <w:rPr>
                <w:lang w:val="fr-FR"/>
              </w:rPr>
            </w:pPr>
            <w:r>
              <w:rPr>
                <w:lang w:val="fr-FR"/>
              </w:rPr>
              <w:t xml:space="preserve"> [23 régions + Autre</w:t>
            </w:r>
            <w:r w:rsidR="00225E3A">
              <w:rPr>
                <w:lang w:val="fr-FR"/>
              </w:rPr>
              <w:t xml:space="preserve"> (</w:t>
            </w:r>
            <w:r w:rsidR="003304CF">
              <w:rPr>
                <w:lang w:val="fr-FR"/>
              </w:rPr>
              <w:t xml:space="preserve">par exemple, </w:t>
            </w:r>
            <w:r w:rsidR="00225E3A">
              <w:rPr>
                <w:lang w:val="fr-FR"/>
              </w:rPr>
              <w:t xml:space="preserve">opérations </w:t>
            </w:r>
            <w:r w:rsidR="003304CF">
              <w:rPr>
                <w:lang w:val="fr-FR"/>
              </w:rPr>
              <w:t>à</w:t>
            </w:r>
            <w:r w:rsidR="00225E3A">
              <w:rPr>
                <w:lang w:val="fr-FR"/>
              </w:rPr>
              <w:t xml:space="preserve"> l’international</w:t>
            </w:r>
            <w:r w:rsidR="003304CF">
              <w:rPr>
                <w:lang w:val="fr-FR"/>
              </w:rPr>
              <w:t>)</w:t>
            </w:r>
            <w:r>
              <w:rPr>
                <w:lang w:val="fr-FR"/>
              </w:rPr>
              <w:t>]</w:t>
            </w:r>
            <w:r w:rsidRPr="002C0123">
              <w:rPr>
                <w:color w:val="FF0000"/>
                <w:sz w:val="21"/>
                <w:lang w:val="fr-FR"/>
              </w:rPr>
              <w:t xml:space="preserve"> </w:t>
            </w:r>
          </w:p>
        </w:tc>
      </w:tr>
      <w:tr w:rsidR="002C47B0" w:rsidRPr="002C47B0" w14:paraId="6316F6F3" w14:textId="77777777" w:rsidTr="00FA3B8A">
        <w:trPr>
          <w:trHeight w:val="312"/>
          <w:jc w:val="center"/>
        </w:trPr>
        <w:tc>
          <w:tcPr>
            <w:tcW w:w="9531" w:type="dxa"/>
            <w:gridSpan w:val="2"/>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73B4330A" w14:textId="100EB41C" w:rsidR="002C47B0" w:rsidRPr="00FA3B8A" w:rsidRDefault="002C47B0">
            <w:pPr>
              <w:spacing w:line="252" w:lineRule="auto"/>
              <w:rPr>
                <w:b/>
                <w:bCs/>
                <w:sz w:val="21"/>
              </w:rPr>
            </w:pPr>
            <w:r w:rsidRPr="00FA3B8A">
              <w:rPr>
                <w:b/>
                <w:bCs/>
                <w:sz w:val="21"/>
              </w:rPr>
              <w:t>SECTEUR ET FILIERE(S)</w:t>
            </w:r>
          </w:p>
        </w:tc>
      </w:tr>
      <w:tr w:rsidR="000B25F3" w:rsidRPr="00EB52B2" w14:paraId="4416FAD3" w14:textId="77777777" w:rsidTr="00FA3B8A">
        <w:trPr>
          <w:trHeight w:val="312"/>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6127C85B" w14:textId="77777777" w:rsidR="000B25F3" w:rsidRDefault="00013F07">
            <w:pPr>
              <w:spacing w:line="252" w:lineRule="auto"/>
            </w:pPr>
            <w:proofErr w:type="spellStart"/>
            <w:r>
              <w:rPr>
                <w:b/>
                <w:sz w:val="21"/>
              </w:rPr>
              <w:t>Secteur</w:t>
            </w:r>
            <w:proofErr w:type="spellEnd"/>
            <w:r>
              <w:rPr>
                <w:b/>
                <w:sz w:val="21"/>
              </w:rPr>
              <w:t xml:space="preserve"> </w:t>
            </w:r>
            <w:proofErr w:type="spellStart"/>
            <w:r>
              <w:rPr>
                <w:b/>
                <w:sz w:val="21"/>
              </w:rPr>
              <w:t>d’activité</w:t>
            </w:r>
            <w:proofErr w:type="spellEnd"/>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2415B12A" w14:textId="2071D7AE" w:rsidR="000B25F3" w:rsidRPr="00FA3B8A" w:rsidRDefault="00013F07">
            <w:pPr>
              <w:spacing w:line="252" w:lineRule="auto"/>
              <w:rPr>
                <w:sz w:val="21"/>
                <w:lang w:val="fr-FR"/>
              </w:rPr>
            </w:pPr>
            <w:r w:rsidRPr="00FA3B8A">
              <w:rPr>
                <w:sz w:val="21"/>
                <w:lang w:val="fr-FR"/>
              </w:rPr>
              <w:t xml:space="preserve">☐ Agribusiness    ☐ Digital   </w:t>
            </w:r>
          </w:p>
          <w:p w14:paraId="7BB9395A" w14:textId="77777777" w:rsidR="00CD11AC" w:rsidRDefault="001F5042">
            <w:pPr>
              <w:spacing w:line="252" w:lineRule="auto"/>
              <w:rPr>
                <w:sz w:val="21"/>
                <w:lang w:val="fr-FR"/>
              </w:rPr>
            </w:pPr>
            <w:r w:rsidRPr="00FA3B8A">
              <w:rPr>
                <w:sz w:val="21"/>
                <w:lang w:val="fr-FR"/>
              </w:rPr>
              <w:t>☐ A</w:t>
            </w:r>
            <w:r w:rsidRPr="00FE3E60">
              <w:rPr>
                <w:sz w:val="21"/>
                <w:lang w:val="fr-FR"/>
              </w:rPr>
              <w:t>ctivité connexe à l’agribusiness</w:t>
            </w:r>
            <w:r w:rsidR="00CD11AC">
              <w:rPr>
                <w:sz w:val="21"/>
                <w:lang w:val="fr-FR"/>
              </w:rPr>
              <w:t>. Veuillez préciser : ……</w:t>
            </w:r>
            <w:proofErr w:type="gramStart"/>
            <w:r w:rsidR="00CD11AC">
              <w:rPr>
                <w:sz w:val="21"/>
                <w:lang w:val="fr-FR"/>
              </w:rPr>
              <w:t>…….</w:t>
            </w:r>
            <w:proofErr w:type="gramEnd"/>
            <w:r w:rsidR="00CD11AC">
              <w:rPr>
                <w:sz w:val="21"/>
                <w:lang w:val="fr-FR"/>
              </w:rPr>
              <w:t>.</w:t>
            </w:r>
            <w:r w:rsidR="00CD11AC" w:rsidRPr="00FE3E60">
              <w:rPr>
                <w:sz w:val="21"/>
                <w:lang w:val="fr-FR"/>
              </w:rPr>
              <w:t xml:space="preserve"> </w:t>
            </w:r>
          </w:p>
          <w:p w14:paraId="4E3E38D4" w14:textId="05F74FB3" w:rsidR="001F5042" w:rsidRPr="00FA3B8A" w:rsidRDefault="00CD11AC">
            <w:pPr>
              <w:spacing w:line="252" w:lineRule="auto"/>
              <w:rPr>
                <w:i/>
                <w:iCs/>
                <w:lang w:val="fr-FR"/>
              </w:rPr>
            </w:pPr>
            <w:r w:rsidRPr="00FA3B8A">
              <w:rPr>
                <w:i/>
                <w:iCs/>
                <w:sz w:val="21"/>
                <w:lang w:val="fr-FR"/>
              </w:rPr>
              <w:t>Exemples d’activités connexes : transformation, conditionnement, stockage, logistique, commercialisation, fourniture d’intrants, services techniques aux producteurs, digitalisation agricole, traçabilité ou certification.</w:t>
            </w:r>
          </w:p>
        </w:tc>
      </w:tr>
      <w:tr w:rsidR="000B25F3" w:rsidRPr="00EB52B2" w14:paraId="04C8C0A1" w14:textId="77777777" w:rsidTr="00FA3B8A">
        <w:trPr>
          <w:trHeight w:val="794"/>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40A15A60" w14:textId="4A6C032E" w:rsidR="000B25F3" w:rsidRPr="00FE3E60" w:rsidRDefault="00CD11AC">
            <w:pPr>
              <w:spacing w:line="252" w:lineRule="auto"/>
              <w:rPr>
                <w:lang w:val="fr-FR"/>
              </w:rPr>
            </w:pPr>
            <w:r>
              <w:rPr>
                <w:b/>
                <w:sz w:val="21"/>
                <w:lang w:val="fr-FR"/>
              </w:rPr>
              <w:t>(</w:t>
            </w:r>
            <w:r w:rsidR="001F5042">
              <w:rPr>
                <w:b/>
                <w:sz w:val="21"/>
                <w:lang w:val="fr-FR"/>
              </w:rPr>
              <w:t>Si Agribusiness ou activité connexe a l’agribusiness</w:t>
            </w:r>
            <w:r>
              <w:rPr>
                <w:b/>
                <w:sz w:val="21"/>
                <w:lang w:val="fr-FR"/>
              </w:rPr>
              <w:t xml:space="preserve">) Filière(s) d’intervention : </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3814F599" w14:textId="198AB634" w:rsidR="004749DA" w:rsidRDefault="00013F07">
            <w:pPr>
              <w:spacing w:line="252" w:lineRule="auto"/>
              <w:rPr>
                <w:sz w:val="21"/>
                <w:lang w:val="fr-FR"/>
              </w:rPr>
            </w:pPr>
            <w:r w:rsidRPr="00FE3E60">
              <w:rPr>
                <w:sz w:val="21"/>
                <w:lang w:val="fr-FR"/>
              </w:rPr>
              <w:t>☐ Cacao   ☐ Huiles essentielles   ☐ Girofle   ☐ Café   ☐ Moringa   ☐ Anacarde</w:t>
            </w:r>
            <w:r w:rsidRPr="00FE3E60">
              <w:rPr>
                <w:sz w:val="21"/>
                <w:lang w:val="fr-FR"/>
              </w:rPr>
              <w:br/>
              <w:t xml:space="preserve">☐ </w:t>
            </w:r>
            <w:r w:rsidR="004749DA">
              <w:rPr>
                <w:sz w:val="21"/>
                <w:lang w:val="fr-FR"/>
              </w:rPr>
              <w:t>Vanille</w:t>
            </w:r>
            <w:r w:rsidRPr="00FE3E60">
              <w:rPr>
                <w:sz w:val="21"/>
                <w:lang w:val="fr-FR"/>
              </w:rPr>
              <w:t xml:space="preserve">   ☐ Fruits   ☐ Grains secs   ☐ Baie rose   </w:t>
            </w:r>
          </w:p>
          <w:p w14:paraId="0914FA08" w14:textId="349720D2" w:rsidR="00455E81" w:rsidRPr="00FE3E60" w:rsidRDefault="00013F07">
            <w:pPr>
              <w:spacing w:line="252" w:lineRule="auto"/>
              <w:rPr>
                <w:lang w:val="fr-FR"/>
              </w:rPr>
            </w:pPr>
            <w:r w:rsidRPr="00FE3E60">
              <w:rPr>
                <w:sz w:val="21"/>
                <w:lang w:val="fr-FR"/>
              </w:rPr>
              <w:lastRenderedPageBreak/>
              <w:t>☐ A</w:t>
            </w:r>
            <w:r w:rsidR="009B2BAE">
              <w:rPr>
                <w:sz w:val="21"/>
                <w:lang w:val="fr-FR"/>
              </w:rPr>
              <w:t>lgues</w:t>
            </w:r>
            <w:r w:rsidRPr="00FE3E60">
              <w:rPr>
                <w:sz w:val="21"/>
                <w:lang w:val="fr-FR"/>
              </w:rPr>
              <w:t xml:space="preserve">   ☐ </w:t>
            </w:r>
            <w:r w:rsidR="009B2BAE">
              <w:rPr>
                <w:sz w:val="21"/>
                <w:lang w:val="fr-FR"/>
              </w:rPr>
              <w:t>Miel</w:t>
            </w:r>
            <w:r w:rsidRPr="00FE3E60">
              <w:rPr>
                <w:sz w:val="21"/>
                <w:lang w:val="fr-FR"/>
              </w:rPr>
              <w:br/>
              <w:t>☐ Autre : _______________________________</w:t>
            </w:r>
            <w:r w:rsidRPr="00FE3E60">
              <w:rPr>
                <w:sz w:val="21"/>
                <w:lang w:val="fr-FR"/>
              </w:rPr>
              <w:br/>
            </w:r>
          </w:p>
        </w:tc>
      </w:tr>
      <w:tr w:rsidR="00CD3194" w:rsidRPr="00FE3E60" w14:paraId="35B4EF96" w14:textId="77777777" w:rsidTr="00FA3B8A">
        <w:trPr>
          <w:trHeight w:val="209"/>
          <w:jc w:val="center"/>
        </w:trPr>
        <w:tc>
          <w:tcPr>
            <w:tcW w:w="9531" w:type="dxa"/>
            <w:gridSpan w:val="2"/>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52E4FC6E" w14:textId="6D193B9D" w:rsidR="00CD3194" w:rsidRPr="00FE3E60" w:rsidRDefault="00CD3194">
            <w:pPr>
              <w:spacing w:line="252" w:lineRule="auto"/>
              <w:rPr>
                <w:sz w:val="21"/>
                <w:lang w:val="fr-FR"/>
              </w:rPr>
            </w:pPr>
            <w:r>
              <w:rPr>
                <w:sz w:val="21"/>
                <w:lang w:val="fr-FR"/>
              </w:rPr>
              <w:lastRenderedPageBreak/>
              <w:t>CHIFFRES D’AFFAIRES</w:t>
            </w:r>
          </w:p>
        </w:tc>
      </w:tr>
      <w:tr w:rsidR="00BB35A8" w:rsidRPr="00FE3E60" w14:paraId="477FBA3C" w14:textId="77777777" w:rsidTr="00FA3B8A">
        <w:trPr>
          <w:trHeight w:val="128"/>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69834161" w14:textId="62C17F8A" w:rsidR="00BB35A8" w:rsidRPr="00FE3E60" w:rsidRDefault="00BB35A8" w:rsidP="00BB35A8">
            <w:pPr>
              <w:spacing w:line="252" w:lineRule="auto"/>
              <w:rPr>
                <w:b/>
                <w:sz w:val="21"/>
                <w:lang w:val="fr-FR"/>
              </w:rPr>
            </w:pPr>
            <w:r>
              <w:rPr>
                <w:b/>
                <w:sz w:val="21"/>
              </w:rPr>
              <w:t xml:space="preserve">Chiffre </w:t>
            </w:r>
            <w:proofErr w:type="spellStart"/>
            <w:r>
              <w:rPr>
                <w:b/>
                <w:sz w:val="21"/>
              </w:rPr>
              <w:t>d’affaires</w:t>
            </w:r>
            <w:proofErr w:type="spellEnd"/>
            <w:r>
              <w:rPr>
                <w:b/>
                <w:sz w:val="21"/>
              </w:rPr>
              <w:t xml:space="preserve"> N-1</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6B701FC5" w14:textId="11311B97" w:rsidR="007E7873" w:rsidRPr="00FE3E60" w:rsidRDefault="007E7873" w:rsidP="00BB35A8">
            <w:pPr>
              <w:spacing w:line="252" w:lineRule="auto"/>
              <w:rPr>
                <w:sz w:val="21"/>
                <w:lang w:val="fr-FR"/>
              </w:rPr>
            </w:pPr>
            <w:r>
              <w:rPr>
                <w:sz w:val="21"/>
                <w:lang w:val="fr-FR"/>
              </w:rPr>
              <w:t xml:space="preserve">Montant : </w:t>
            </w:r>
            <w:r w:rsidR="00005A84" w:rsidRPr="002C0123">
              <w:rPr>
                <w:sz w:val="21"/>
                <w:lang w:val="fr-FR"/>
              </w:rPr>
              <w:t>……………….</w:t>
            </w:r>
            <w:r w:rsidR="00005A84">
              <w:rPr>
                <w:sz w:val="21"/>
                <w:lang w:val="fr-FR"/>
              </w:rPr>
              <w:t xml:space="preserve"> MGA</w:t>
            </w:r>
          </w:p>
        </w:tc>
      </w:tr>
      <w:tr w:rsidR="00BB35A8" w:rsidRPr="00FE3E60" w14:paraId="798640FE" w14:textId="77777777" w:rsidTr="00FA3B8A">
        <w:trPr>
          <w:trHeight w:val="38"/>
          <w:jc w:val="center"/>
        </w:trPr>
        <w:tc>
          <w:tcPr>
            <w:tcW w:w="2558"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2EE919B5" w14:textId="3446AFD8" w:rsidR="00BB35A8" w:rsidRPr="00FE3E60" w:rsidRDefault="00BB35A8" w:rsidP="00BB35A8">
            <w:pPr>
              <w:spacing w:line="252" w:lineRule="auto"/>
              <w:rPr>
                <w:b/>
                <w:sz w:val="21"/>
                <w:lang w:val="fr-FR"/>
              </w:rPr>
            </w:pPr>
            <w:r>
              <w:rPr>
                <w:b/>
                <w:sz w:val="21"/>
              </w:rPr>
              <w:t xml:space="preserve">Chiffre </w:t>
            </w:r>
            <w:proofErr w:type="spellStart"/>
            <w:r>
              <w:rPr>
                <w:b/>
                <w:sz w:val="21"/>
              </w:rPr>
              <w:t>d’affaires</w:t>
            </w:r>
            <w:proofErr w:type="spellEnd"/>
            <w:r>
              <w:rPr>
                <w:b/>
                <w:sz w:val="21"/>
              </w:rPr>
              <w:t xml:space="preserve"> N-2</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3F8C041A" w14:textId="0A2391BB" w:rsidR="00BB35A8" w:rsidRPr="00FE3E60" w:rsidRDefault="00515C0B" w:rsidP="00BB35A8">
            <w:pPr>
              <w:spacing w:line="252" w:lineRule="auto"/>
              <w:rPr>
                <w:sz w:val="21"/>
                <w:lang w:val="fr-FR"/>
              </w:rPr>
            </w:pPr>
            <w:r>
              <w:rPr>
                <w:sz w:val="21"/>
                <w:lang w:val="fr-FR"/>
              </w:rPr>
              <w:t xml:space="preserve">Montant : </w:t>
            </w:r>
            <w:r w:rsidRPr="002C0123">
              <w:rPr>
                <w:sz w:val="21"/>
                <w:lang w:val="fr-FR"/>
              </w:rPr>
              <w:t>……………….</w:t>
            </w:r>
            <w:r>
              <w:rPr>
                <w:sz w:val="21"/>
                <w:lang w:val="fr-FR"/>
              </w:rPr>
              <w:t xml:space="preserve"> MGA</w:t>
            </w:r>
          </w:p>
        </w:tc>
      </w:tr>
    </w:tbl>
    <w:p w14:paraId="10BECF4C" w14:textId="5AE27569" w:rsidR="009B2233" w:rsidRDefault="009B2233">
      <w:pPr>
        <w:rPr>
          <w:lang w:val="fr-FR"/>
        </w:rPr>
      </w:pPr>
    </w:p>
    <w:p w14:paraId="3CBF1915" w14:textId="77777777" w:rsidR="009B2233" w:rsidRDefault="009B2233">
      <w:pPr>
        <w:rPr>
          <w:lang w:val="fr-FR"/>
        </w:rPr>
      </w:pPr>
      <w:r>
        <w:rPr>
          <w:lang w:val="fr-FR"/>
        </w:rPr>
        <w:br w:type="page"/>
      </w:r>
    </w:p>
    <w:p w14:paraId="0A3E8E88" w14:textId="30476A3D" w:rsidR="000B25F3" w:rsidRDefault="00384281" w:rsidP="00A33D9B">
      <w:pPr>
        <w:spacing w:line="252" w:lineRule="auto"/>
      </w:pPr>
      <w:proofErr w:type="spellStart"/>
      <w:r>
        <w:rPr>
          <w:rFonts w:ascii="Arial" w:eastAsia="Arial" w:hAnsi="Arial"/>
          <w:b/>
          <w:sz w:val="20"/>
        </w:rPr>
        <w:lastRenderedPageBreak/>
        <w:t>Actionnariat</w:t>
      </w:r>
      <w:proofErr w:type="spellEnd"/>
    </w:p>
    <w:tbl>
      <w:tblPr>
        <w:tblW w:w="0" w:type="auto"/>
        <w:jc w:val="center"/>
        <w:tblLook w:val="04A0" w:firstRow="1" w:lastRow="0" w:firstColumn="1" w:lastColumn="0" w:noHBand="0" w:noVBand="1"/>
      </w:tblPr>
      <w:tblGrid>
        <w:gridCol w:w="2630"/>
        <w:gridCol w:w="2631"/>
        <w:gridCol w:w="2632"/>
        <w:gridCol w:w="2631"/>
      </w:tblGrid>
      <w:tr w:rsidR="000B25F3" w:rsidRPr="00FE3E60" w14:paraId="399C4D32" w14:textId="6C8C5838">
        <w:trPr>
          <w:tblHeader/>
          <w:jc w:val="center"/>
        </w:trPr>
        <w:tc>
          <w:tcPr>
            <w:tcW w:w="2635" w:type="dxa"/>
            <w:tcBorders>
              <w:top w:val="single" w:sz="6" w:space="0" w:color="D9E2EC"/>
              <w:left w:val="single" w:sz="6" w:space="0" w:color="D9E2EC"/>
              <w:bottom w:val="single" w:sz="6" w:space="0" w:color="D9E2EC"/>
              <w:right w:val="single" w:sz="6" w:space="0" w:color="D9E2EC"/>
            </w:tcBorders>
            <w:shd w:val="clear" w:color="auto" w:fill="1F4E79"/>
            <w:tcMar>
              <w:top w:w="80" w:type="dxa"/>
              <w:left w:w="80" w:type="dxa"/>
              <w:bottom w:w="80" w:type="dxa"/>
              <w:right w:w="80" w:type="dxa"/>
            </w:tcMar>
            <w:vAlign w:val="center"/>
          </w:tcPr>
          <w:p w14:paraId="1CEEA38B" w14:textId="67A2E64A" w:rsidR="000B25F3" w:rsidRDefault="00013F07">
            <w:pPr>
              <w:spacing w:after="0" w:line="252" w:lineRule="auto"/>
            </w:pPr>
            <w:r>
              <w:rPr>
                <w:b/>
                <w:color w:val="FFFFFF"/>
                <w:sz w:val="21"/>
              </w:rPr>
              <w:t xml:space="preserve">Nom et </w:t>
            </w:r>
            <w:proofErr w:type="spellStart"/>
            <w:r>
              <w:rPr>
                <w:b/>
                <w:color w:val="FFFFFF"/>
                <w:sz w:val="21"/>
              </w:rPr>
              <w:t>prénom</w:t>
            </w:r>
            <w:proofErr w:type="spellEnd"/>
          </w:p>
        </w:tc>
        <w:tc>
          <w:tcPr>
            <w:tcW w:w="2635" w:type="dxa"/>
            <w:tcBorders>
              <w:top w:val="single" w:sz="6" w:space="0" w:color="D9E2EC"/>
              <w:left w:val="single" w:sz="6" w:space="0" w:color="D9E2EC"/>
              <w:bottom w:val="single" w:sz="6" w:space="0" w:color="D9E2EC"/>
              <w:right w:val="single" w:sz="6" w:space="0" w:color="D9E2EC"/>
            </w:tcBorders>
            <w:shd w:val="clear" w:color="auto" w:fill="1F4E79"/>
            <w:tcMar>
              <w:top w:w="80" w:type="dxa"/>
              <w:left w:w="80" w:type="dxa"/>
              <w:bottom w:w="80" w:type="dxa"/>
              <w:right w:w="80" w:type="dxa"/>
            </w:tcMar>
            <w:vAlign w:val="center"/>
          </w:tcPr>
          <w:p w14:paraId="0A04BE73" w14:textId="3E714265" w:rsidR="000B25F3" w:rsidRDefault="00013F07">
            <w:pPr>
              <w:spacing w:after="0" w:line="252" w:lineRule="auto"/>
            </w:pPr>
            <w:proofErr w:type="spellStart"/>
            <w:r>
              <w:rPr>
                <w:b/>
                <w:color w:val="FFFFFF"/>
                <w:sz w:val="21"/>
              </w:rPr>
              <w:t>Fonction</w:t>
            </w:r>
            <w:proofErr w:type="spellEnd"/>
            <w:r>
              <w:rPr>
                <w:b/>
                <w:color w:val="FFFFFF"/>
                <w:sz w:val="21"/>
              </w:rPr>
              <w:t xml:space="preserve"> </w:t>
            </w:r>
            <w:proofErr w:type="spellStart"/>
            <w:r>
              <w:rPr>
                <w:b/>
                <w:color w:val="FFFFFF"/>
                <w:sz w:val="21"/>
              </w:rPr>
              <w:t>actuelle</w:t>
            </w:r>
            <w:proofErr w:type="spellEnd"/>
          </w:p>
        </w:tc>
        <w:tc>
          <w:tcPr>
            <w:tcW w:w="2635" w:type="dxa"/>
            <w:tcBorders>
              <w:top w:val="single" w:sz="6" w:space="0" w:color="D9E2EC"/>
              <w:left w:val="single" w:sz="6" w:space="0" w:color="D9E2EC"/>
              <w:bottom w:val="single" w:sz="6" w:space="0" w:color="D9E2EC"/>
              <w:right w:val="single" w:sz="6" w:space="0" w:color="D9E2EC"/>
            </w:tcBorders>
            <w:shd w:val="clear" w:color="auto" w:fill="1F4E79"/>
            <w:tcMar>
              <w:top w:w="80" w:type="dxa"/>
              <w:left w:w="80" w:type="dxa"/>
              <w:bottom w:w="80" w:type="dxa"/>
              <w:right w:w="80" w:type="dxa"/>
            </w:tcMar>
            <w:vAlign w:val="center"/>
          </w:tcPr>
          <w:p w14:paraId="730B0908" w14:textId="7E2113A9" w:rsidR="000B25F3" w:rsidRDefault="00013F07">
            <w:pPr>
              <w:spacing w:after="0" w:line="252" w:lineRule="auto"/>
            </w:pPr>
            <w:proofErr w:type="spellStart"/>
            <w:r>
              <w:rPr>
                <w:b/>
                <w:color w:val="FFFFFF"/>
                <w:sz w:val="21"/>
              </w:rPr>
              <w:t>Compétences</w:t>
            </w:r>
            <w:proofErr w:type="spellEnd"/>
            <w:r>
              <w:rPr>
                <w:b/>
                <w:color w:val="FFFFFF"/>
                <w:sz w:val="21"/>
              </w:rPr>
              <w:t xml:space="preserve"> </w:t>
            </w:r>
            <w:proofErr w:type="spellStart"/>
            <w:r>
              <w:rPr>
                <w:b/>
                <w:color w:val="FFFFFF"/>
                <w:sz w:val="21"/>
              </w:rPr>
              <w:t>clés</w:t>
            </w:r>
            <w:proofErr w:type="spellEnd"/>
          </w:p>
        </w:tc>
        <w:tc>
          <w:tcPr>
            <w:tcW w:w="2635" w:type="dxa"/>
            <w:tcBorders>
              <w:top w:val="single" w:sz="6" w:space="0" w:color="D9E2EC"/>
              <w:left w:val="single" w:sz="6" w:space="0" w:color="D9E2EC"/>
              <w:bottom w:val="single" w:sz="6" w:space="0" w:color="D9E2EC"/>
              <w:right w:val="single" w:sz="6" w:space="0" w:color="D9E2EC"/>
            </w:tcBorders>
            <w:shd w:val="clear" w:color="auto" w:fill="1F4E79"/>
            <w:tcMar>
              <w:top w:w="80" w:type="dxa"/>
              <w:left w:w="80" w:type="dxa"/>
              <w:bottom w:w="80" w:type="dxa"/>
              <w:right w:w="80" w:type="dxa"/>
            </w:tcMar>
            <w:vAlign w:val="center"/>
          </w:tcPr>
          <w:p w14:paraId="09666E26" w14:textId="492A0847" w:rsidR="000B25F3" w:rsidRPr="00FE3E60" w:rsidRDefault="00013F07">
            <w:pPr>
              <w:spacing w:after="0" w:line="252" w:lineRule="auto"/>
              <w:rPr>
                <w:lang w:val="fr-FR"/>
              </w:rPr>
            </w:pPr>
            <w:r w:rsidRPr="00FE3E60">
              <w:rPr>
                <w:b/>
                <w:color w:val="FFFFFF"/>
                <w:sz w:val="21"/>
                <w:lang w:val="fr-FR"/>
              </w:rPr>
              <w:t>Participation au capital, le cas échéant</w:t>
            </w:r>
          </w:p>
        </w:tc>
      </w:tr>
      <w:tr w:rsidR="000B25F3" w:rsidRPr="00FE3E60" w14:paraId="2DFC3440" w14:textId="0FE08BEF">
        <w:trPr>
          <w:trHeight w:val="624"/>
          <w:jc w:val="center"/>
        </w:trPr>
        <w:tc>
          <w:tcPr>
            <w:tcW w:w="2635"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3C4A4324" w14:textId="5F2140AC" w:rsidR="000B25F3" w:rsidRPr="00FE3E60" w:rsidRDefault="000B25F3">
            <w:pPr>
              <w:spacing w:after="0" w:line="240" w:lineRule="auto"/>
              <w:rPr>
                <w:lang w:val="fr-FR"/>
              </w:rPr>
            </w:pPr>
          </w:p>
        </w:tc>
        <w:tc>
          <w:tcPr>
            <w:tcW w:w="2635"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07FE9CF7" w14:textId="19BAE8B8" w:rsidR="000B25F3" w:rsidRPr="00FE3E60" w:rsidRDefault="000B25F3">
            <w:pPr>
              <w:spacing w:after="0" w:line="240" w:lineRule="auto"/>
              <w:rPr>
                <w:lang w:val="fr-FR"/>
              </w:rPr>
            </w:pPr>
          </w:p>
        </w:tc>
        <w:tc>
          <w:tcPr>
            <w:tcW w:w="2635"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4DD85DE3" w14:textId="327E9357" w:rsidR="000B25F3" w:rsidRPr="00FE3E60" w:rsidRDefault="000B25F3">
            <w:pPr>
              <w:spacing w:after="0" w:line="240" w:lineRule="auto"/>
              <w:rPr>
                <w:lang w:val="fr-FR"/>
              </w:rPr>
            </w:pPr>
          </w:p>
        </w:tc>
        <w:tc>
          <w:tcPr>
            <w:tcW w:w="2635"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0096A31D" w14:textId="3CE748CC" w:rsidR="000B25F3" w:rsidRPr="00FE3E60" w:rsidRDefault="000B25F3">
            <w:pPr>
              <w:spacing w:after="0" w:line="240" w:lineRule="auto"/>
              <w:rPr>
                <w:lang w:val="fr-FR"/>
              </w:rPr>
            </w:pPr>
          </w:p>
        </w:tc>
      </w:tr>
    </w:tbl>
    <w:p w14:paraId="606BF045" w14:textId="04CBDD33" w:rsidR="000B25F3" w:rsidRPr="00FE3E60" w:rsidRDefault="00013F07" w:rsidP="00FA3B8A">
      <w:pPr>
        <w:pStyle w:val="Paragraphedeliste"/>
        <w:numPr>
          <w:ilvl w:val="1"/>
          <w:numId w:val="11"/>
        </w:numPr>
        <w:rPr>
          <w:lang w:val="fr-FR"/>
        </w:rPr>
      </w:pPr>
      <w:r w:rsidRPr="00FE3E60">
        <w:rPr>
          <w:rFonts w:ascii="Arial" w:eastAsia="Arial" w:hAnsi="Arial"/>
          <w:b/>
          <w:color w:val="1F4E79"/>
          <w:sz w:val="26"/>
          <w:lang w:val="fr-FR"/>
        </w:rPr>
        <w:t xml:space="preserve">Présentation de l’entreprise </w:t>
      </w:r>
    </w:p>
    <w:p w14:paraId="27ED66D4" w14:textId="7ADAD977" w:rsidR="000B25F3" w:rsidRPr="00FE3E60" w:rsidRDefault="00013F07">
      <w:pPr>
        <w:spacing w:before="40" w:after="20" w:line="252" w:lineRule="auto"/>
        <w:rPr>
          <w:lang w:val="fr-FR"/>
        </w:rPr>
      </w:pPr>
      <w:r w:rsidRPr="00FE3E60">
        <w:rPr>
          <w:rFonts w:ascii="Arial" w:eastAsia="Arial" w:hAnsi="Arial"/>
          <w:b/>
          <w:sz w:val="20"/>
          <w:lang w:val="fr-FR"/>
        </w:rPr>
        <w:t>Description synthétique de l’entreprise :</w:t>
      </w:r>
    </w:p>
    <w:p w14:paraId="598E8BBC" w14:textId="1BF1B131" w:rsidR="000B25F3" w:rsidRPr="00FE3E60" w:rsidRDefault="00013F07">
      <w:pPr>
        <w:spacing w:after="20" w:line="252" w:lineRule="auto"/>
        <w:rPr>
          <w:lang w:val="fr-FR"/>
        </w:rPr>
      </w:pPr>
      <w:r w:rsidRPr="00FE3E60">
        <w:rPr>
          <w:rFonts w:ascii="Arial" w:eastAsia="Arial" w:hAnsi="Arial"/>
          <w:i/>
          <w:color w:val="555555"/>
          <w:sz w:val="17"/>
          <w:lang w:val="fr-FR"/>
        </w:rPr>
        <w:t>Activités principales, historique, clientèle, positionnement.</w:t>
      </w:r>
    </w:p>
    <w:p w14:paraId="4C939864" w14:textId="77777777" w:rsidR="000B25F3" w:rsidRPr="00FE3E60" w:rsidRDefault="00013F07">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554A2026" w14:textId="77777777" w:rsidR="000B25F3" w:rsidRPr="00FE3E60" w:rsidRDefault="00013F07">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17C03A42" w14:textId="0DE29983" w:rsidR="000B25F3" w:rsidRDefault="00013F07">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3EFA13CB" w14:textId="77777777" w:rsidR="004749DA" w:rsidRDefault="004749DA" w:rsidP="004749D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4927DC94" w14:textId="77777777" w:rsidR="004749DA" w:rsidRPr="00FE3E60" w:rsidRDefault="004749DA">
      <w:pPr>
        <w:spacing w:after="0" w:line="252" w:lineRule="auto"/>
        <w:rPr>
          <w:lang w:val="fr-FR"/>
        </w:rPr>
      </w:pPr>
    </w:p>
    <w:p w14:paraId="4487B165" w14:textId="77777777" w:rsidR="000B25F3" w:rsidRPr="00FE3E60" w:rsidRDefault="00013F07">
      <w:pPr>
        <w:spacing w:before="40" w:after="20" w:line="252" w:lineRule="auto"/>
        <w:rPr>
          <w:lang w:val="fr-FR"/>
        </w:rPr>
      </w:pPr>
      <w:r w:rsidRPr="00FE3E60">
        <w:rPr>
          <w:rFonts w:ascii="Arial" w:eastAsia="Arial" w:hAnsi="Arial"/>
          <w:b/>
          <w:sz w:val="20"/>
          <w:lang w:val="fr-FR"/>
        </w:rPr>
        <w:t>Produits ou services proposés :</w:t>
      </w:r>
    </w:p>
    <w:p w14:paraId="24AD4B1B" w14:textId="77777777" w:rsidR="000B25F3" w:rsidRPr="00FE3E60" w:rsidRDefault="00013F07">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2727155D" w14:textId="0D63E409" w:rsidR="000B25F3" w:rsidRDefault="00013F07">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4C2FEEC2" w14:textId="77777777" w:rsidR="004749DA" w:rsidRPr="00FE3E60" w:rsidRDefault="004749DA">
      <w:pPr>
        <w:spacing w:after="0" w:line="252" w:lineRule="auto"/>
        <w:rPr>
          <w:lang w:val="fr-FR"/>
        </w:rPr>
      </w:pPr>
    </w:p>
    <w:p w14:paraId="216B605C" w14:textId="77777777" w:rsidR="000B25F3" w:rsidRDefault="00013F07">
      <w:pPr>
        <w:spacing w:before="40" w:after="20" w:line="252" w:lineRule="auto"/>
        <w:rPr>
          <w:rFonts w:ascii="Arial" w:eastAsia="Arial" w:hAnsi="Arial"/>
          <w:b/>
          <w:sz w:val="20"/>
          <w:lang w:val="fr-FR"/>
        </w:rPr>
      </w:pPr>
      <w:r w:rsidRPr="00FE3E60">
        <w:rPr>
          <w:rFonts w:ascii="Arial" w:eastAsia="Arial" w:hAnsi="Arial"/>
          <w:b/>
          <w:sz w:val="20"/>
          <w:lang w:val="fr-FR"/>
        </w:rPr>
        <w:t>Problème ou besoin auquel répond l’offre de l’entreprise :</w:t>
      </w:r>
    </w:p>
    <w:p w14:paraId="2FF817DB" w14:textId="3C453290" w:rsidR="008C2C35" w:rsidRPr="00FA3B8A" w:rsidRDefault="008C2C35" w:rsidP="00FA3B8A">
      <w:pPr>
        <w:spacing w:after="20" w:line="252" w:lineRule="auto"/>
        <w:rPr>
          <w:rFonts w:ascii="Arial" w:eastAsia="Arial" w:hAnsi="Arial"/>
          <w:i/>
          <w:color w:val="555555"/>
          <w:sz w:val="17"/>
          <w:lang w:val="fr-FR"/>
        </w:rPr>
      </w:pPr>
      <w:r w:rsidRPr="00FA3B8A">
        <w:rPr>
          <w:rFonts w:ascii="Arial" w:eastAsia="Arial" w:hAnsi="Arial"/>
          <w:i/>
          <w:color w:val="555555"/>
          <w:sz w:val="17"/>
          <w:lang w:val="fr-FR"/>
        </w:rPr>
        <w:t>Quel problème concret résolvez-vous ? Pour qui ? Pourquoi votre solution est-elle pertinente ?</w:t>
      </w:r>
    </w:p>
    <w:p w14:paraId="2F5C7F84" w14:textId="77777777" w:rsidR="000B25F3" w:rsidRPr="00FE3E60" w:rsidRDefault="00013F07">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0A94B97B" w14:textId="77777777" w:rsidR="000B25F3" w:rsidRPr="00FE3E60" w:rsidRDefault="00013F07">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4E20EDD3" w14:textId="77777777" w:rsidR="004749DA" w:rsidRDefault="004749DA" w:rsidP="004749D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39B9330B" w14:textId="77777777" w:rsidR="00415B3B" w:rsidRDefault="00415B3B">
      <w:pPr>
        <w:spacing w:before="40" w:after="20" w:line="252" w:lineRule="auto"/>
        <w:rPr>
          <w:rFonts w:ascii="Arial" w:eastAsia="Arial" w:hAnsi="Arial"/>
          <w:b/>
          <w:bCs/>
          <w:sz w:val="20"/>
          <w:lang w:val="fr-FR"/>
        </w:rPr>
      </w:pPr>
    </w:p>
    <w:p w14:paraId="6F1C97EA" w14:textId="4ED2A126" w:rsidR="000B25F3" w:rsidRDefault="00013F07" w:rsidP="00FA3B8A">
      <w:pPr>
        <w:pStyle w:val="Paragraphedeliste"/>
        <w:numPr>
          <w:ilvl w:val="1"/>
          <w:numId w:val="11"/>
        </w:numPr>
        <w:spacing w:before="200" w:after="80" w:line="252" w:lineRule="auto"/>
      </w:pPr>
      <w:r w:rsidRPr="00FA3B8A">
        <w:rPr>
          <w:rFonts w:ascii="Arial" w:eastAsia="Arial" w:hAnsi="Arial"/>
          <w:b/>
          <w:color w:val="1F4E79"/>
          <w:sz w:val="26"/>
        </w:rPr>
        <w:t xml:space="preserve">Marché et </w:t>
      </w:r>
      <w:proofErr w:type="spellStart"/>
      <w:r w:rsidRPr="00FA3B8A">
        <w:rPr>
          <w:rFonts w:ascii="Arial" w:eastAsia="Arial" w:hAnsi="Arial"/>
          <w:b/>
          <w:color w:val="1F4E79"/>
          <w:sz w:val="26"/>
        </w:rPr>
        <w:t>stratégie</w:t>
      </w:r>
      <w:proofErr w:type="spellEnd"/>
      <w:r w:rsidRPr="00FA3B8A">
        <w:rPr>
          <w:rFonts w:ascii="Arial" w:eastAsia="Arial" w:hAnsi="Arial"/>
          <w:b/>
          <w:color w:val="1F4E79"/>
          <w:sz w:val="26"/>
        </w:rPr>
        <w:t xml:space="preserve"> </w:t>
      </w:r>
      <w:proofErr w:type="spellStart"/>
      <w:r w:rsidRPr="00FA3B8A">
        <w:rPr>
          <w:rFonts w:ascii="Arial" w:eastAsia="Arial" w:hAnsi="Arial"/>
          <w:b/>
          <w:color w:val="1F4E79"/>
          <w:sz w:val="26"/>
        </w:rPr>
        <w:t>commerciale</w:t>
      </w:r>
      <w:proofErr w:type="spellEnd"/>
    </w:p>
    <w:p w14:paraId="36FCDAE7" w14:textId="77777777" w:rsidR="000B25F3" w:rsidRDefault="00013F07">
      <w:pPr>
        <w:spacing w:before="40" w:after="20" w:line="252" w:lineRule="auto"/>
      </w:pPr>
      <w:r>
        <w:rPr>
          <w:rFonts w:ascii="Arial" w:eastAsia="Arial" w:hAnsi="Arial"/>
          <w:b/>
          <w:sz w:val="20"/>
        </w:rPr>
        <w:t xml:space="preserve">Marché </w:t>
      </w:r>
      <w:proofErr w:type="spellStart"/>
      <w:proofErr w:type="gramStart"/>
      <w:r>
        <w:rPr>
          <w:rFonts w:ascii="Arial" w:eastAsia="Arial" w:hAnsi="Arial"/>
          <w:b/>
          <w:sz w:val="20"/>
        </w:rPr>
        <w:t>cible</w:t>
      </w:r>
      <w:proofErr w:type="spellEnd"/>
      <w:r>
        <w:rPr>
          <w:rFonts w:ascii="Arial" w:eastAsia="Arial" w:hAnsi="Arial"/>
          <w:b/>
          <w:sz w:val="20"/>
        </w:rPr>
        <w:t xml:space="preserve"> :</w:t>
      </w:r>
      <w:proofErr w:type="gramEnd"/>
    </w:p>
    <w:p w14:paraId="1D66A32A" w14:textId="77777777" w:rsidR="000B25F3" w:rsidRPr="00FE3E60" w:rsidRDefault="00013F07">
      <w:pPr>
        <w:spacing w:after="20" w:line="252" w:lineRule="auto"/>
        <w:rPr>
          <w:lang w:val="fr-FR"/>
        </w:rPr>
      </w:pPr>
      <w:r w:rsidRPr="00FE3E60">
        <w:rPr>
          <w:rFonts w:ascii="Arial" w:eastAsia="Arial" w:hAnsi="Arial"/>
          <w:i/>
          <w:color w:val="555555"/>
          <w:sz w:val="17"/>
          <w:lang w:val="fr-FR"/>
        </w:rPr>
        <w:t>Clients visés, zone géographique, segments prioritaires.</w:t>
      </w:r>
    </w:p>
    <w:p w14:paraId="058E5488" w14:textId="77777777" w:rsidR="000B25F3" w:rsidRPr="00FE3E60" w:rsidRDefault="00013F07">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404DA9D1" w14:textId="057D4F83" w:rsidR="000B25F3" w:rsidRDefault="00013F07">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38201DF7" w14:textId="77777777" w:rsidR="004F5D6A" w:rsidRDefault="004F5D6A" w:rsidP="004F5D6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71AA6228" w14:textId="77777777" w:rsidR="004F5D6A" w:rsidRDefault="004F5D6A" w:rsidP="004F5D6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33600AD7" w14:textId="77777777" w:rsidR="004F5D6A" w:rsidRPr="00FE3E60" w:rsidRDefault="004F5D6A">
      <w:pPr>
        <w:spacing w:after="0" w:line="252" w:lineRule="auto"/>
        <w:rPr>
          <w:lang w:val="fr-FR"/>
        </w:rPr>
      </w:pPr>
    </w:p>
    <w:p w14:paraId="6A9F9BAF" w14:textId="77777777" w:rsidR="00A93C15" w:rsidRPr="00FA3B8A" w:rsidRDefault="00A93C15" w:rsidP="00FA3B8A">
      <w:pPr>
        <w:spacing w:before="40" w:after="20" w:line="252" w:lineRule="auto"/>
        <w:rPr>
          <w:rFonts w:ascii="Arial" w:eastAsia="Arial" w:hAnsi="Arial"/>
          <w:b/>
          <w:sz w:val="20"/>
        </w:rPr>
      </w:pPr>
      <w:r w:rsidRPr="00FA3B8A">
        <w:rPr>
          <w:rFonts w:ascii="Arial" w:eastAsia="Arial" w:hAnsi="Arial"/>
          <w:b/>
          <w:sz w:val="20"/>
        </w:rPr>
        <w:t xml:space="preserve">Taille </w:t>
      </w:r>
      <w:proofErr w:type="spellStart"/>
      <w:r w:rsidRPr="00FA3B8A">
        <w:rPr>
          <w:rFonts w:ascii="Arial" w:eastAsia="Arial" w:hAnsi="Arial"/>
          <w:b/>
          <w:sz w:val="20"/>
        </w:rPr>
        <w:t>estimée</w:t>
      </w:r>
      <w:proofErr w:type="spellEnd"/>
      <w:r w:rsidRPr="00FA3B8A">
        <w:rPr>
          <w:rFonts w:ascii="Arial" w:eastAsia="Arial" w:hAnsi="Arial"/>
          <w:b/>
          <w:sz w:val="20"/>
        </w:rPr>
        <w:t xml:space="preserve"> du </w:t>
      </w:r>
      <w:proofErr w:type="spellStart"/>
      <w:proofErr w:type="gramStart"/>
      <w:r w:rsidRPr="00FA3B8A">
        <w:rPr>
          <w:rFonts w:ascii="Arial" w:eastAsia="Arial" w:hAnsi="Arial"/>
          <w:b/>
          <w:sz w:val="20"/>
        </w:rPr>
        <w:t>marché</w:t>
      </w:r>
      <w:proofErr w:type="spellEnd"/>
      <w:r w:rsidRPr="00FA3B8A">
        <w:rPr>
          <w:rFonts w:ascii="Arial" w:eastAsia="Arial" w:hAnsi="Arial"/>
          <w:b/>
          <w:sz w:val="20"/>
        </w:rPr>
        <w:t xml:space="preserve"> :</w:t>
      </w:r>
      <w:proofErr w:type="gramEnd"/>
    </w:p>
    <w:p w14:paraId="0B639916" w14:textId="011856D8" w:rsidR="00A93C15" w:rsidRDefault="00A93C15">
      <w:pPr>
        <w:spacing w:after="20" w:line="252" w:lineRule="auto"/>
        <w:rPr>
          <w:rFonts w:ascii="Arial" w:eastAsia="Arial" w:hAnsi="Arial"/>
          <w:i/>
          <w:color w:val="555555"/>
          <w:sz w:val="17"/>
          <w:lang w:val="fr-FR"/>
        </w:rPr>
      </w:pPr>
      <w:r w:rsidRPr="00FA3B8A">
        <w:rPr>
          <w:rFonts w:ascii="Arial" w:eastAsia="Arial" w:hAnsi="Arial"/>
          <w:i/>
          <w:color w:val="555555"/>
          <w:sz w:val="17"/>
          <w:lang w:val="fr-FR"/>
        </w:rPr>
        <w:t>Valeur ou volume estimé du marché cible (même approximatif).</w:t>
      </w:r>
    </w:p>
    <w:p w14:paraId="1DC84409" w14:textId="77777777" w:rsidR="004F5D6A" w:rsidRPr="00FA3B8A" w:rsidRDefault="004F5D6A" w:rsidP="00FA3B8A">
      <w:pPr>
        <w:spacing w:after="20" w:line="252" w:lineRule="auto"/>
        <w:rPr>
          <w:rFonts w:ascii="Arial" w:eastAsia="Arial" w:hAnsi="Arial"/>
          <w:i/>
          <w:color w:val="555555"/>
          <w:sz w:val="17"/>
          <w:lang w:val="fr-FR"/>
        </w:rPr>
      </w:pPr>
    </w:p>
    <w:p w14:paraId="7E788A8B" w14:textId="56AC3A51" w:rsidR="000B25F3" w:rsidRPr="00FE3E60" w:rsidRDefault="00013F07">
      <w:pPr>
        <w:spacing w:before="40" w:after="20" w:line="252" w:lineRule="auto"/>
        <w:rPr>
          <w:lang w:val="fr-FR"/>
        </w:rPr>
      </w:pPr>
      <w:r w:rsidRPr="00FE3E60">
        <w:rPr>
          <w:rFonts w:ascii="Arial" w:eastAsia="Arial" w:hAnsi="Arial"/>
          <w:b/>
          <w:sz w:val="20"/>
          <w:lang w:val="fr-FR"/>
        </w:rPr>
        <w:t>Niveau de demande constaté :</w:t>
      </w:r>
    </w:p>
    <w:p w14:paraId="7167EB9B" w14:textId="63264552" w:rsidR="000B25F3" w:rsidRDefault="00013F07">
      <w:pPr>
        <w:spacing w:after="40" w:line="252" w:lineRule="auto"/>
        <w:rPr>
          <w:rFonts w:ascii="Arial" w:eastAsia="Arial" w:hAnsi="Arial"/>
          <w:sz w:val="18"/>
          <w:lang w:val="fr-FR"/>
        </w:rPr>
      </w:pPr>
      <w:r w:rsidRPr="00FE3E60">
        <w:rPr>
          <w:rFonts w:ascii="Arial" w:eastAsia="Arial" w:hAnsi="Arial"/>
          <w:sz w:val="18"/>
          <w:lang w:val="fr-FR"/>
        </w:rPr>
        <w:t>☐ Faible    ☐ Moyen    ☐ Fort    ☐ En croissance    ☐ Saisonnier</w:t>
      </w:r>
    </w:p>
    <w:p w14:paraId="4E3E41E4" w14:textId="77777777" w:rsidR="004F5D6A" w:rsidRPr="00FE3E60" w:rsidRDefault="004F5D6A">
      <w:pPr>
        <w:spacing w:after="40" w:line="252" w:lineRule="auto"/>
        <w:rPr>
          <w:lang w:val="fr-FR"/>
        </w:rPr>
      </w:pPr>
    </w:p>
    <w:p w14:paraId="3AC695EA" w14:textId="77777777" w:rsidR="000B25F3" w:rsidRPr="00FE3E60" w:rsidRDefault="00013F07">
      <w:pPr>
        <w:spacing w:before="40" w:after="20" w:line="252" w:lineRule="auto"/>
        <w:rPr>
          <w:lang w:val="fr-FR"/>
        </w:rPr>
      </w:pPr>
      <w:r w:rsidRPr="00FE3E60">
        <w:rPr>
          <w:rFonts w:ascii="Arial" w:eastAsia="Arial" w:hAnsi="Arial"/>
          <w:b/>
          <w:sz w:val="20"/>
          <w:lang w:val="fr-FR"/>
        </w:rPr>
        <w:t>Éléments prouvant la demande :</w:t>
      </w:r>
    </w:p>
    <w:p w14:paraId="6F720E8B" w14:textId="77777777" w:rsidR="000B25F3" w:rsidRPr="00FE3E60" w:rsidRDefault="00013F07">
      <w:pPr>
        <w:spacing w:after="20" w:line="252" w:lineRule="auto"/>
        <w:rPr>
          <w:lang w:val="fr-FR"/>
        </w:rPr>
      </w:pPr>
      <w:r w:rsidRPr="00FE3E60">
        <w:rPr>
          <w:rFonts w:ascii="Arial" w:eastAsia="Arial" w:hAnsi="Arial"/>
          <w:i/>
          <w:color w:val="555555"/>
          <w:sz w:val="17"/>
          <w:lang w:val="fr-FR"/>
        </w:rPr>
        <w:t>Chiffre d’affaires, commandes, contrats, clients récurrents, lettres d’intention, étude de marché, enquêtes clients, autres.</w:t>
      </w:r>
    </w:p>
    <w:p w14:paraId="05A4D0DA" w14:textId="77777777" w:rsidR="000B25F3" w:rsidRPr="00FE3E60" w:rsidRDefault="00013F07">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1EECF378" w14:textId="47D58F39" w:rsidR="000B25F3" w:rsidRDefault="00013F07">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03CA9AEA" w14:textId="77777777" w:rsidR="004F5D6A" w:rsidRDefault="004F5D6A" w:rsidP="004F5D6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66E46B40" w14:textId="77777777" w:rsidR="004F5D6A" w:rsidRPr="00FE3E60" w:rsidRDefault="004F5D6A">
      <w:pPr>
        <w:spacing w:after="0" w:line="252" w:lineRule="auto"/>
        <w:rPr>
          <w:lang w:val="fr-FR"/>
        </w:rPr>
      </w:pPr>
    </w:p>
    <w:p w14:paraId="034505E2" w14:textId="77777777" w:rsidR="000B25F3" w:rsidRDefault="00013F07">
      <w:pPr>
        <w:spacing w:before="40" w:after="20" w:line="252" w:lineRule="auto"/>
        <w:rPr>
          <w:rFonts w:ascii="Arial" w:eastAsia="Arial" w:hAnsi="Arial"/>
          <w:b/>
          <w:sz w:val="20"/>
          <w:lang w:val="fr-FR"/>
        </w:rPr>
      </w:pPr>
      <w:r w:rsidRPr="00FE3E60">
        <w:rPr>
          <w:rFonts w:ascii="Arial" w:eastAsia="Arial" w:hAnsi="Arial"/>
          <w:b/>
          <w:sz w:val="20"/>
          <w:lang w:val="fr-FR"/>
        </w:rPr>
        <w:t>Principaux concurrents :</w:t>
      </w:r>
    </w:p>
    <w:p w14:paraId="457B6299" w14:textId="655E9735" w:rsidR="000E73AA" w:rsidRPr="00FA3B8A" w:rsidRDefault="000E73AA" w:rsidP="00FA3B8A">
      <w:pPr>
        <w:spacing w:after="20" w:line="252" w:lineRule="auto"/>
        <w:rPr>
          <w:rFonts w:ascii="Arial" w:eastAsia="Arial" w:hAnsi="Arial"/>
          <w:i/>
          <w:color w:val="555555"/>
          <w:sz w:val="17"/>
          <w:lang w:val="fr-FR"/>
        </w:rPr>
      </w:pPr>
      <w:r w:rsidRPr="00FA3B8A">
        <w:rPr>
          <w:rFonts w:ascii="Arial" w:eastAsia="Arial" w:hAnsi="Arial"/>
          <w:i/>
          <w:color w:val="555555"/>
          <w:sz w:val="17"/>
          <w:lang w:val="fr-FR"/>
        </w:rPr>
        <w:t>Noms, positionnement, part de marché estimée si connue.</w:t>
      </w:r>
    </w:p>
    <w:p w14:paraId="09FF66ED" w14:textId="77777777" w:rsidR="000B25F3" w:rsidRPr="00FE3E60" w:rsidRDefault="00013F07">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261C51F1" w14:textId="09FE6EA4" w:rsidR="000B25F3" w:rsidRDefault="00013F07">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1F387EF8" w14:textId="77777777" w:rsidR="004F5D6A" w:rsidRDefault="004F5D6A" w:rsidP="004F5D6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00E73CC2" w14:textId="77777777" w:rsidR="004F5D6A" w:rsidRPr="00FE3E60" w:rsidRDefault="004F5D6A">
      <w:pPr>
        <w:spacing w:after="0" w:line="252" w:lineRule="auto"/>
        <w:rPr>
          <w:lang w:val="fr-FR"/>
        </w:rPr>
      </w:pPr>
    </w:p>
    <w:p w14:paraId="27804BBB" w14:textId="77777777" w:rsidR="000B25F3" w:rsidRPr="00FE3E60" w:rsidRDefault="00013F07">
      <w:pPr>
        <w:spacing w:before="40" w:after="20" w:line="252" w:lineRule="auto"/>
        <w:rPr>
          <w:lang w:val="fr-FR"/>
        </w:rPr>
      </w:pPr>
      <w:r w:rsidRPr="00FE3E60">
        <w:rPr>
          <w:rFonts w:ascii="Arial" w:eastAsia="Arial" w:hAnsi="Arial"/>
          <w:b/>
          <w:sz w:val="20"/>
          <w:lang w:val="fr-FR"/>
        </w:rPr>
        <w:t>Avantage concurrentiel de l’entreprise :</w:t>
      </w:r>
    </w:p>
    <w:p w14:paraId="7FE61092" w14:textId="77777777" w:rsidR="000B25F3" w:rsidRPr="00FE3E60" w:rsidRDefault="00013F07">
      <w:pPr>
        <w:spacing w:after="20" w:line="252" w:lineRule="auto"/>
        <w:rPr>
          <w:lang w:val="fr-FR"/>
        </w:rPr>
      </w:pPr>
      <w:r w:rsidRPr="00FE3E60">
        <w:rPr>
          <w:rFonts w:ascii="Arial" w:eastAsia="Arial" w:hAnsi="Arial"/>
          <w:i/>
          <w:color w:val="555555"/>
          <w:sz w:val="17"/>
          <w:lang w:val="fr-FR"/>
        </w:rPr>
        <w:t>Prix, qualité, innovation, proximité, technologie, certification, réseau de distribution, impact, autres.</w:t>
      </w:r>
    </w:p>
    <w:p w14:paraId="3816AC1C" w14:textId="77777777" w:rsidR="000B25F3" w:rsidRPr="00FE3E60" w:rsidRDefault="00013F07">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58D5822A" w14:textId="77777777" w:rsidR="000B25F3" w:rsidRPr="00FE3E60" w:rsidRDefault="00013F07">
      <w:pPr>
        <w:spacing w:after="0" w:line="252" w:lineRule="auto"/>
        <w:rPr>
          <w:lang w:val="fr-FR"/>
        </w:rPr>
      </w:pPr>
      <w:r w:rsidRPr="00FE3E60">
        <w:rPr>
          <w:rFonts w:ascii="Arial" w:eastAsia="Arial" w:hAnsi="Arial"/>
          <w:sz w:val="17"/>
          <w:lang w:val="fr-FR"/>
        </w:rPr>
        <w:lastRenderedPageBreak/>
        <w:t>______________________________________________________________________________________________________________</w:t>
      </w:r>
    </w:p>
    <w:p w14:paraId="11EF76DA" w14:textId="77777777" w:rsidR="000B25F3" w:rsidRPr="00FE3E60" w:rsidRDefault="00013F07">
      <w:pPr>
        <w:spacing w:before="40" w:after="20" w:line="252" w:lineRule="auto"/>
        <w:rPr>
          <w:lang w:val="fr-FR"/>
        </w:rPr>
      </w:pPr>
      <w:r w:rsidRPr="00FE3E60">
        <w:rPr>
          <w:rFonts w:ascii="Arial" w:eastAsia="Arial" w:hAnsi="Arial"/>
          <w:b/>
          <w:sz w:val="20"/>
          <w:lang w:val="fr-FR"/>
        </w:rPr>
        <w:t>Stratégie commerciale ou plan marketing :</w:t>
      </w:r>
    </w:p>
    <w:p w14:paraId="2AAF4AC2" w14:textId="4B9FAD16" w:rsidR="000B25F3" w:rsidRDefault="00013F07">
      <w:pPr>
        <w:spacing w:after="40" w:line="252" w:lineRule="auto"/>
        <w:rPr>
          <w:rFonts w:ascii="Arial" w:eastAsia="Arial" w:hAnsi="Arial"/>
          <w:sz w:val="18"/>
          <w:lang w:val="fr-FR"/>
        </w:rPr>
      </w:pPr>
      <w:r w:rsidRPr="00FE3E60">
        <w:rPr>
          <w:rFonts w:ascii="Arial" w:eastAsia="Arial" w:hAnsi="Arial"/>
          <w:sz w:val="18"/>
          <w:lang w:val="fr-FR"/>
        </w:rPr>
        <w:t>☐ Formalisé    ☐ À renforcer    ☐ Actions existantes non formalisées    ☐ Inexistant</w:t>
      </w:r>
    </w:p>
    <w:p w14:paraId="47C00A98" w14:textId="77777777" w:rsidR="004F5D6A" w:rsidRPr="00FE3E60" w:rsidRDefault="004F5D6A">
      <w:pPr>
        <w:spacing w:after="40" w:line="252" w:lineRule="auto"/>
        <w:rPr>
          <w:lang w:val="fr-FR"/>
        </w:rPr>
      </w:pPr>
    </w:p>
    <w:p w14:paraId="21D3CBD8" w14:textId="77777777" w:rsidR="000B25F3" w:rsidRPr="00FE3E60" w:rsidRDefault="00013F07">
      <w:pPr>
        <w:spacing w:before="40" w:after="20" w:line="252" w:lineRule="auto"/>
        <w:rPr>
          <w:lang w:val="fr-FR"/>
        </w:rPr>
      </w:pPr>
      <w:r w:rsidRPr="00FE3E60">
        <w:rPr>
          <w:rFonts w:ascii="Arial" w:eastAsia="Arial" w:hAnsi="Arial"/>
          <w:b/>
          <w:sz w:val="20"/>
          <w:lang w:val="fr-FR"/>
        </w:rPr>
        <w:t>Principaux canaux de vente :</w:t>
      </w:r>
    </w:p>
    <w:p w14:paraId="553FEF5D" w14:textId="7BCE8A40" w:rsidR="000B25F3" w:rsidRDefault="00013F07">
      <w:pPr>
        <w:spacing w:after="20" w:line="252" w:lineRule="auto"/>
        <w:rPr>
          <w:rFonts w:ascii="Arial" w:eastAsia="Arial" w:hAnsi="Arial"/>
          <w:i/>
          <w:color w:val="555555"/>
          <w:sz w:val="17"/>
          <w:lang w:val="fr-FR"/>
        </w:rPr>
      </w:pPr>
      <w:r w:rsidRPr="00FE3E60">
        <w:rPr>
          <w:rFonts w:ascii="Arial" w:eastAsia="Arial" w:hAnsi="Arial"/>
          <w:i/>
          <w:color w:val="555555"/>
          <w:sz w:val="17"/>
          <w:lang w:val="fr-FR"/>
        </w:rPr>
        <w:t>Vente directe, distributeurs, points de vente, plateforme en ligne, réseaux sociaux, partenariats, exportation, autres.</w:t>
      </w:r>
    </w:p>
    <w:p w14:paraId="3D9AA140" w14:textId="56C52613" w:rsidR="004F5D6A" w:rsidRPr="00FA3B8A" w:rsidRDefault="004F5D6A" w:rsidP="00FA3B8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10CEB115" w14:textId="007DDC6F" w:rsidR="000B25F3" w:rsidRDefault="00013F07">
      <w:pPr>
        <w:pBdr>
          <w:bottom w:val="single" w:sz="12" w:space="1" w:color="auto"/>
        </w:pBd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777E3702" w14:textId="77777777" w:rsidR="004F5D6A" w:rsidRDefault="004F5D6A">
      <w:pPr>
        <w:pBdr>
          <w:bottom w:val="single" w:sz="12" w:space="1" w:color="auto"/>
        </w:pBdr>
        <w:spacing w:after="0" w:line="252" w:lineRule="auto"/>
        <w:rPr>
          <w:rFonts w:ascii="Arial" w:eastAsia="Arial" w:hAnsi="Arial"/>
          <w:sz w:val="17"/>
          <w:lang w:val="fr-FR"/>
        </w:rPr>
      </w:pPr>
    </w:p>
    <w:p w14:paraId="7829770B" w14:textId="77777777" w:rsidR="004F5D6A" w:rsidRPr="00FE3E60" w:rsidRDefault="004F5D6A">
      <w:pPr>
        <w:pBdr>
          <w:bottom w:val="single" w:sz="12" w:space="1" w:color="auto"/>
        </w:pBdr>
        <w:spacing w:after="0" w:line="252" w:lineRule="auto"/>
        <w:rPr>
          <w:lang w:val="fr-FR"/>
        </w:rPr>
      </w:pPr>
    </w:p>
    <w:p w14:paraId="036B91E4" w14:textId="017D03DA" w:rsidR="00C9475B" w:rsidRDefault="00C9475B">
      <w:pPr>
        <w:spacing w:after="0" w:line="252" w:lineRule="auto"/>
        <w:rPr>
          <w:rFonts w:ascii="Arial" w:eastAsia="Arial" w:hAnsi="Arial"/>
          <w:sz w:val="17"/>
          <w:lang w:val="fr-FR"/>
        </w:rPr>
      </w:pPr>
    </w:p>
    <w:p w14:paraId="53957D96" w14:textId="77777777" w:rsidR="00C9475B" w:rsidRPr="00904AD9" w:rsidRDefault="00C9475B" w:rsidP="00C9475B">
      <w:pPr>
        <w:pStyle w:val="Paragraphedeliste"/>
        <w:numPr>
          <w:ilvl w:val="1"/>
          <w:numId w:val="11"/>
        </w:numPr>
        <w:spacing w:before="200" w:after="80" w:line="252" w:lineRule="auto"/>
        <w:rPr>
          <w:rFonts w:ascii="Arial" w:eastAsia="Arial" w:hAnsi="Arial"/>
          <w:b/>
          <w:color w:val="1F4E79"/>
          <w:sz w:val="26"/>
        </w:rPr>
      </w:pPr>
      <w:proofErr w:type="spellStart"/>
      <w:r w:rsidRPr="00904AD9">
        <w:rPr>
          <w:rFonts w:ascii="Arial" w:eastAsia="Arial" w:hAnsi="Arial"/>
          <w:b/>
          <w:color w:val="1F4E79"/>
          <w:sz w:val="26"/>
        </w:rPr>
        <w:t>Modèle</w:t>
      </w:r>
      <w:proofErr w:type="spellEnd"/>
      <w:r w:rsidRPr="00904AD9">
        <w:rPr>
          <w:rFonts w:ascii="Arial" w:eastAsia="Arial" w:hAnsi="Arial"/>
          <w:b/>
          <w:color w:val="1F4E79"/>
          <w:sz w:val="26"/>
        </w:rPr>
        <w:t xml:space="preserve"> </w:t>
      </w:r>
      <w:proofErr w:type="spellStart"/>
      <w:r w:rsidRPr="00904AD9">
        <w:rPr>
          <w:rFonts w:ascii="Arial" w:eastAsia="Arial" w:hAnsi="Arial"/>
          <w:b/>
          <w:color w:val="1F4E79"/>
          <w:sz w:val="26"/>
        </w:rPr>
        <w:t>économique</w:t>
      </w:r>
      <w:proofErr w:type="spellEnd"/>
    </w:p>
    <w:p w14:paraId="28FFD22A" w14:textId="77777777" w:rsidR="00C9475B" w:rsidRPr="00FE3E60" w:rsidRDefault="00C9475B" w:rsidP="00C9475B">
      <w:pPr>
        <w:spacing w:before="40" w:after="20" w:line="252" w:lineRule="auto"/>
        <w:rPr>
          <w:lang w:val="fr-FR"/>
        </w:rPr>
      </w:pPr>
      <w:r w:rsidRPr="00FE3E60">
        <w:rPr>
          <w:rFonts w:ascii="Arial" w:eastAsia="Arial" w:hAnsi="Arial"/>
          <w:b/>
          <w:sz w:val="20"/>
          <w:lang w:val="fr-FR"/>
        </w:rPr>
        <w:t>Sources de revenus :</w:t>
      </w:r>
    </w:p>
    <w:p w14:paraId="792E5398" w14:textId="77777777" w:rsidR="00C9475B" w:rsidRPr="00FE3E60" w:rsidRDefault="00C9475B" w:rsidP="00C9475B">
      <w:pPr>
        <w:spacing w:after="20" w:line="252" w:lineRule="auto"/>
        <w:rPr>
          <w:lang w:val="fr-FR"/>
        </w:rPr>
      </w:pPr>
      <w:r w:rsidRPr="00FE3E60">
        <w:rPr>
          <w:rFonts w:ascii="Arial" w:eastAsia="Arial" w:hAnsi="Arial"/>
          <w:i/>
          <w:color w:val="555555"/>
          <w:sz w:val="17"/>
          <w:lang w:val="fr-FR"/>
        </w:rPr>
        <w:t>Vente de produits, services, abonnement, commission, distribution, transformation et revente, autres.</w:t>
      </w:r>
    </w:p>
    <w:p w14:paraId="0149F338" w14:textId="77777777" w:rsidR="00C9475B" w:rsidRPr="00FE3E60" w:rsidRDefault="00C9475B" w:rsidP="00C9475B">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0D046EB5" w14:textId="77777777" w:rsidR="00C9475B" w:rsidRPr="00FE3E60" w:rsidRDefault="00C9475B" w:rsidP="00C9475B">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10E9D146" w14:textId="77777777" w:rsidR="004F5D6A" w:rsidRDefault="004F5D6A" w:rsidP="00C9475B">
      <w:pPr>
        <w:spacing w:before="40" w:after="20" w:line="252" w:lineRule="auto"/>
        <w:rPr>
          <w:rFonts w:ascii="Arial" w:eastAsia="Arial" w:hAnsi="Arial"/>
          <w:b/>
          <w:sz w:val="20"/>
          <w:lang w:val="fr-FR"/>
        </w:rPr>
      </w:pPr>
    </w:p>
    <w:p w14:paraId="7E17D48B" w14:textId="572A6822" w:rsidR="00C9475B" w:rsidRPr="00FE3E60" w:rsidRDefault="00C9475B" w:rsidP="00C9475B">
      <w:pPr>
        <w:spacing w:before="40" w:after="20" w:line="252" w:lineRule="auto"/>
        <w:rPr>
          <w:lang w:val="fr-FR"/>
        </w:rPr>
      </w:pPr>
      <w:r w:rsidRPr="00FE3E60">
        <w:rPr>
          <w:rFonts w:ascii="Arial" w:eastAsia="Arial" w:hAnsi="Arial"/>
          <w:b/>
          <w:sz w:val="20"/>
          <w:lang w:val="fr-FR"/>
        </w:rPr>
        <w:t>Principaux produits ou services générateurs de revenus :</w:t>
      </w:r>
    </w:p>
    <w:p w14:paraId="7341C613" w14:textId="77777777" w:rsidR="00C9475B" w:rsidRPr="00FE3E60" w:rsidRDefault="00C9475B" w:rsidP="00C9475B">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3D58CCF3" w14:textId="77777777" w:rsidR="00C9475B" w:rsidRPr="00FE3E60" w:rsidRDefault="00C9475B" w:rsidP="00C9475B">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7DAA0A72" w14:textId="77777777" w:rsidR="004F5D6A" w:rsidRDefault="004F5D6A" w:rsidP="00C9475B">
      <w:pPr>
        <w:spacing w:before="40" w:after="20" w:line="252" w:lineRule="auto"/>
        <w:rPr>
          <w:rFonts w:ascii="Arial" w:eastAsia="Arial" w:hAnsi="Arial"/>
          <w:b/>
          <w:sz w:val="20"/>
          <w:lang w:val="fr-FR"/>
        </w:rPr>
      </w:pPr>
    </w:p>
    <w:p w14:paraId="12BB5E79" w14:textId="2F557D06" w:rsidR="00C9475B" w:rsidRPr="00FE3E60" w:rsidRDefault="00C9475B" w:rsidP="00C9475B">
      <w:pPr>
        <w:spacing w:before="40" w:after="20" w:line="252" w:lineRule="auto"/>
        <w:rPr>
          <w:lang w:val="fr-FR"/>
        </w:rPr>
      </w:pPr>
      <w:r w:rsidRPr="00FE3E60">
        <w:rPr>
          <w:rFonts w:ascii="Arial" w:eastAsia="Arial" w:hAnsi="Arial"/>
          <w:b/>
          <w:sz w:val="20"/>
          <w:lang w:val="fr-FR"/>
        </w:rPr>
        <w:t>Politique de prix :</w:t>
      </w:r>
    </w:p>
    <w:p w14:paraId="2A83316C" w14:textId="77777777" w:rsidR="006F2690" w:rsidRPr="00FA3B8A" w:rsidRDefault="006F2690" w:rsidP="00FA3B8A">
      <w:pPr>
        <w:spacing w:after="20" w:line="252" w:lineRule="auto"/>
        <w:rPr>
          <w:rFonts w:ascii="Arial" w:eastAsia="Arial" w:hAnsi="Arial"/>
          <w:i/>
          <w:color w:val="555555"/>
          <w:sz w:val="17"/>
          <w:lang w:val="fr-FR"/>
        </w:rPr>
      </w:pPr>
      <w:r w:rsidRPr="00FA3B8A">
        <w:rPr>
          <w:rFonts w:ascii="Arial" w:eastAsia="Arial" w:hAnsi="Arial"/>
          <w:i/>
          <w:color w:val="555555"/>
          <w:sz w:val="17"/>
          <w:lang w:val="fr-FR"/>
        </w:rPr>
        <w:t>Comment fixez-vous vos prix ? Grille tarifaire, prix du marché, coût de revient majoré, valeur perçue, autres.</w:t>
      </w:r>
    </w:p>
    <w:p w14:paraId="3923F36B" w14:textId="1BEE92D2" w:rsidR="00C9475B" w:rsidRPr="00FE3E60" w:rsidRDefault="00C9475B" w:rsidP="00C9475B">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333E10D6" w14:textId="77777777" w:rsidR="00C9475B" w:rsidRPr="00FE3E60" w:rsidRDefault="00C9475B" w:rsidP="00C9475B">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2A9BEB60" w14:textId="77777777" w:rsidR="004F5D6A" w:rsidRDefault="004F5D6A" w:rsidP="004F5D6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74EFA8CB" w14:textId="77777777" w:rsidR="004F5D6A" w:rsidRDefault="004F5D6A" w:rsidP="00C9475B">
      <w:pPr>
        <w:spacing w:before="40" w:after="20" w:line="252" w:lineRule="auto"/>
        <w:rPr>
          <w:rFonts w:ascii="Arial" w:eastAsia="Arial" w:hAnsi="Arial"/>
          <w:b/>
          <w:sz w:val="20"/>
          <w:lang w:val="fr-FR"/>
        </w:rPr>
      </w:pPr>
    </w:p>
    <w:p w14:paraId="6F18A7B9" w14:textId="166D29F7" w:rsidR="00C9475B" w:rsidRPr="00FE3E60" w:rsidRDefault="00C9475B" w:rsidP="00C9475B">
      <w:pPr>
        <w:spacing w:before="40" w:after="20" w:line="252" w:lineRule="auto"/>
        <w:rPr>
          <w:lang w:val="fr-FR"/>
        </w:rPr>
      </w:pPr>
      <w:r w:rsidRPr="00FE3E60">
        <w:rPr>
          <w:rFonts w:ascii="Arial" w:eastAsia="Arial" w:hAnsi="Arial"/>
          <w:b/>
          <w:sz w:val="20"/>
          <w:lang w:val="fr-FR"/>
        </w:rPr>
        <w:t>Principaux coûts :</w:t>
      </w:r>
    </w:p>
    <w:p w14:paraId="1FE75713" w14:textId="77777777" w:rsidR="00C9475B" w:rsidRPr="00FE3E60" w:rsidRDefault="00C9475B" w:rsidP="00C9475B">
      <w:pPr>
        <w:spacing w:after="20" w:line="252" w:lineRule="auto"/>
        <w:rPr>
          <w:lang w:val="fr-FR"/>
        </w:rPr>
      </w:pPr>
      <w:r w:rsidRPr="00FE3E60">
        <w:rPr>
          <w:rFonts w:ascii="Arial" w:eastAsia="Arial" w:hAnsi="Arial"/>
          <w:i/>
          <w:color w:val="555555"/>
          <w:sz w:val="17"/>
          <w:lang w:val="fr-FR"/>
        </w:rPr>
        <w:t>Matières premières, salaires, logistique, équipements, marketing, technologie, énergie, location, certification, autres.</w:t>
      </w:r>
    </w:p>
    <w:p w14:paraId="090438EA" w14:textId="77777777" w:rsidR="00C9475B" w:rsidRPr="00FE3E60" w:rsidRDefault="00C9475B" w:rsidP="00C9475B">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020827A7" w14:textId="77777777" w:rsidR="00C9475B" w:rsidRPr="00FE3E60" w:rsidRDefault="00C9475B" w:rsidP="00C9475B">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754EA642" w14:textId="77777777" w:rsidR="004F5D6A" w:rsidRDefault="004F5D6A" w:rsidP="004F5D6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1BBB6E94" w14:textId="77777777" w:rsidR="004F5D6A" w:rsidRDefault="004F5D6A" w:rsidP="00C9475B">
      <w:pPr>
        <w:spacing w:before="40" w:after="20" w:line="252" w:lineRule="auto"/>
        <w:rPr>
          <w:rFonts w:ascii="Arial" w:eastAsia="Arial" w:hAnsi="Arial"/>
          <w:b/>
          <w:sz w:val="20"/>
          <w:lang w:val="fr-FR"/>
        </w:rPr>
      </w:pPr>
    </w:p>
    <w:p w14:paraId="0DE5DF74" w14:textId="294373BA" w:rsidR="00C9475B" w:rsidRPr="00FE3E60" w:rsidRDefault="00C9475B" w:rsidP="00C9475B">
      <w:pPr>
        <w:spacing w:before="40" w:after="20" w:line="252" w:lineRule="auto"/>
        <w:rPr>
          <w:lang w:val="fr-FR"/>
        </w:rPr>
      </w:pPr>
      <w:r w:rsidRPr="00FE3E60">
        <w:rPr>
          <w:rFonts w:ascii="Arial" w:eastAsia="Arial" w:hAnsi="Arial"/>
          <w:b/>
          <w:sz w:val="20"/>
          <w:lang w:val="fr-FR"/>
        </w:rPr>
        <w:t>Rentabilité actuelle :</w:t>
      </w:r>
    </w:p>
    <w:p w14:paraId="46BA17F2" w14:textId="77777777" w:rsidR="00C9475B" w:rsidRPr="00FE3E60" w:rsidRDefault="00C9475B" w:rsidP="00C9475B">
      <w:pPr>
        <w:spacing w:after="40" w:line="252" w:lineRule="auto"/>
        <w:rPr>
          <w:lang w:val="fr-FR"/>
        </w:rPr>
      </w:pPr>
      <w:r w:rsidRPr="00FE3E60">
        <w:rPr>
          <w:rFonts w:ascii="Arial" w:eastAsia="Arial" w:hAnsi="Arial"/>
          <w:sz w:val="18"/>
          <w:lang w:val="fr-FR"/>
        </w:rPr>
        <w:t>☐ Oui    ☐ Non    ☐ En cours d’atteinte</w:t>
      </w:r>
    </w:p>
    <w:p w14:paraId="44B01652" w14:textId="77777777" w:rsidR="004F5D6A" w:rsidRDefault="004F5D6A" w:rsidP="00C9475B">
      <w:pPr>
        <w:spacing w:before="40" w:after="20" w:line="252" w:lineRule="auto"/>
        <w:rPr>
          <w:rFonts w:ascii="Arial" w:eastAsia="Arial" w:hAnsi="Arial"/>
          <w:b/>
          <w:sz w:val="20"/>
          <w:lang w:val="fr-FR"/>
        </w:rPr>
      </w:pPr>
    </w:p>
    <w:p w14:paraId="6C356F3C" w14:textId="05DB2F3E" w:rsidR="00C9475B" w:rsidRPr="00FE3E60" w:rsidRDefault="00C9475B" w:rsidP="00C9475B">
      <w:pPr>
        <w:spacing w:before="40" w:after="20" w:line="252" w:lineRule="auto"/>
        <w:rPr>
          <w:lang w:val="fr-FR"/>
        </w:rPr>
      </w:pPr>
      <w:r w:rsidRPr="00FE3E60">
        <w:rPr>
          <w:rFonts w:ascii="Arial" w:eastAsia="Arial" w:hAnsi="Arial"/>
          <w:b/>
          <w:sz w:val="20"/>
          <w:lang w:val="fr-FR"/>
        </w:rPr>
        <w:t>Leviers de croissance :</w:t>
      </w:r>
    </w:p>
    <w:p w14:paraId="58F94635" w14:textId="77777777" w:rsidR="00C9475B" w:rsidRPr="00FE3E60" w:rsidRDefault="00C9475B" w:rsidP="00C9475B">
      <w:pPr>
        <w:spacing w:after="20" w:line="252" w:lineRule="auto"/>
        <w:rPr>
          <w:lang w:val="fr-FR"/>
        </w:rPr>
      </w:pPr>
      <w:r w:rsidRPr="00FE3E60">
        <w:rPr>
          <w:rFonts w:ascii="Arial" w:eastAsia="Arial" w:hAnsi="Arial"/>
          <w:i/>
          <w:color w:val="555555"/>
          <w:sz w:val="17"/>
          <w:lang w:val="fr-FR"/>
        </w:rPr>
        <w:t>Augmentation des volumes, nouveaux marchés, nouveaux produits, digitalisation, exportation, partenariats, productivité, autres.</w:t>
      </w:r>
    </w:p>
    <w:p w14:paraId="1052A5C8" w14:textId="77777777" w:rsidR="004F5D6A" w:rsidRDefault="004F5D6A" w:rsidP="004F5D6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2EF0ED44" w14:textId="77777777" w:rsidR="004F5D6A" w:rsidRDefault="004F5D6A" w:rsidP="004F5D6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44A5D57E" w14:textId="77777777" w:rsidR="004F5D6A" w:rsidRDefault="004F5D6A" w:rsidP="004F5D6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017E239C" w14:textId="77777777" w:rsidR="00C9475B" w:rsidRPr="00FE3E60" w:rsidRDefault="00C9475B">
      <w:pPr>
        <w:spacing w:after="0" w:line="252" w:lineRule="auto"/>
        <w:rPr>
          <w:lang w:val="fr-FR"/>
        </w:rPr>
      </w:pPr>
    </w:p>
    <w:p w14:paraId="262692A7" w14:textId="34097BE4" w:rsidR="000B25F3" w:rsidRPr="00FA3B8A" w:rsidRDefault="00013F07" w:rsidP="00FA3B8A">
      <w:pPr>
        <w:pStyle w:val="Paragraphedeliste"/>
        <w:numPr>
          <w:ilvl w:val="1"/>
          <w:numId w:val="11"/>
        </w:numPr>
        <w:spacing w:before="200" w:after="80" w:line="252" w:lineRule="auto"/>
        <w:rPr>
          <w:rFonts w:ascii="Arial" w:eastAsia="Arial" w:hAnsi="Arial"/>
          <w:b/>
          <w:color w:val="1F4E79"/>
          <w:sz w:val="26"/>
        </w:rPr>
      </w:pPr>
      <w:proofErr w:type="spellStart"/>
      <w:r w:rsidRPr="00FA3B8A">
        <w:rPr>
          <w:rFonts w:ascii="Arial" w:eastAsia="Arial" w:hAnsi="Arial"/>
          <w:b/>
          <w:color w:val="1F4E79"/>
          <w:sz w:val="26"/>
        </w:rPr>
        <w:t>Organisation</w:t>
      </w:r>
      <w:proofErr w:type="spellEnd"/>
      <w:r w:rsidRPr="00FA3B8A">
        <w:rPr>
          <w:rFonts w:ascii="Arial" w:eastAsia="Arial" w:hAnsi="Arial"/>
          <w:b/>
          <w:color w:val="1F4E79"/>
          <w:sz w:val="26"/>
        </w:rPr>
        <w:t xml:space="preserve"> </w:t>
      </w:r>
      <w:proofErr w:type="spellStart"/>
      <w:r w:rsidRPr="00FA3B8A">
        <w:rPr>
          <w:rFonts w:ascii="Arial" w:eastAsia="Arial" w:hAnsi="Arial"/>
          <w:b/>
          <w:color w:val="1F4E79"/>
          <w:sz w:val="26"/>
        </w:rPr>
        <w:t>actuelle</w:t>
      </w:r>
      <w:proofErr w:type="spellEnd"/>
      <w:r w:rsidRPr="00FA3B8A">
        <w:rPr>
          <w:rFonts w:ascii="Arial" w:eastAsia="Arial" w:hAnsi="Arial"/>
          <w:b/>
          <w:color w:val="1F4E79"/>
          <w:sz w:val="26"/>
        </w:rPr>
        <w:t xml:space="preserve"> de </w:t>
      </w:r>
      <w:proofErr w:type="spellStart"/>
      <w:r w:rsidRPr="00FA3B8A">
        <w:rPr>
          <w:rFonts w:ascii="Arial" w:eastAsia="Arial" w:hAnsi="Arial"/>
          <w:b/>
          <w:color w:val="1F4E79"/>
          <w:sz w:val="26"/>
        </w:rPr>
        <w:t>l’entreprise</w:t>
      </w:r>
      <w:proofErr w:type="spellEnd"/>
    </w:p>
    <w:p w14:paraId="540C7290" w14:textId="77777777" w:rsidR="004F5D6A" w:rsidRDefault="004F5D6A">
      <w:pPr>
        <w:spacing w:before="40" w:after="20" w:line="252" w:lineRule="auto"/>
        <w:rPr>
          <w:rFonts w:ascii="Arial" w:eastAsia="Arial" w:hAnsi="Arial"/>
          <w:b/>
          <w:sz w:val="20"/>
          <w:lang w:val="fr-FR"/>
        </w:rPr>
      </w:pPr>
    </w:p>
    <w:p w14:paraId="30D4D215" w14:textId="4B389081" w:rsidR="000B25F3" w:rsidRPr="00FE3E60" w:rsidRDefault="00013F07">
      <w:pPr>
        <w:spacing w:before="40" w:after="20" w:line="252" w:lineRule="auto"/>
        <w:rPr>
          <w:lang w:val="fr-FR"/>
        </w:rPr>
      </w:pPr>
      <w:r w:rsidRPr="00FE3E60">
        <w:rPr>
          <w:rFonts w:ascii="Arial" w:eastAsia="Arial" w:hAnsi="Arial"/>
          <w:b/>
          <w:sz w:val="20"/>
          <w:lang w:val="fr-FR"/>
        </w:rPr>
        <w:t>Description synthétique de l’organisation actuelle :</w:t>
      </w:r>
    </w:p>
    <w:p w14:paraId="6F8C390E" w14:textId="77777777" w:rsidR="000B25F3" w:rsidRPr="00FE3E60" w:rsidRDefault="00013F07">
      <w:pPr>
        <w:spacing w:after="20" w:line="252" w:lineRule="auto"/>
        <w:rPr>
          <w:lang w:val="fr-FR"/>
        </w:rPr>
      </w:pPr>
      <w:r w:rsidRPr="00FE3E60">
        <w:rPr>
          <w:rFonts w:ascii="Arial" w:eastAsia="Arial" w:hAnsi="Arial"/>
          <w:i/>
          <w:color w:val="555555"/>
          <w:sz w:val="17"/>
          <w:lang w:val="fr-FR"/>
        </w:rPr>
        <w:t>Direction, production, opérations, commercial, marketing, finance, administration, technologie, logistique, autres.</w:t>
      </w:r>
    </w:p>
    <w:p w14:paraId="7175CE96" w14:textId="77777777" w:rsidR="000B25F3" w:rsidRDefault="00013F07">
      <w:pPr>
        <w:spacing w:after="0" w:line="252" w:lineRule="auto"/>
      </w:pPr>
      <w:r>
        <w:rPr>
          <w:rFonts w:ascii="Arial" w:eastAsia="Arial" w:hAnsi="Arial"/>
          <w:sz w:val="17"/>
        </w:rPr>
        <w:t>______________________________________________________________________________________________________________</w:t>
      </w:r>
    </w:p>
    <w:p w14:paraId="4F833E1D" w14:textId="05B08943" w:rsidR="000B25F3" w:rsidRDefault="00013F07">
      <w:pPr>
        <w:spacing w:after="0" w:line="252" w:lineRule="auto"/>
        <w:rPr>
          <w:rFonts w:ascii="Arial" w:eastAsia="Arial" w:hAnsi="Arial"/>
          <w:sz w:val="17"/>
        </w:rPr>
      </w:pPr>
      <w:r>
        <w:rPr>
          <w:rFonts w:ascii="Arial" w:eastAsia="Arial" w:hAnsi="Arial"/>
          <w:sz w:val="17"/>
        </w:rPr>
        <w:t>______________________________________________________________________________________________________________</w:t>
      </w:r>
    </w:p>
    <w:p w14:paraId="6CB8230B" w14:textId="77777777" w:rsidR="004F5D6A" w:rsidRDefault="004F5D6A" w:rsidP="004F5D6A">
      <w:pPr>
        <w:spacing w:after="0" w:line="252" w:lineRule="auto"/>
        <w:rPr>
          <w:rFonts w:ascii="Arial" w:eastAsia="Arial" w:hAnsi="Arial"/>
          <w:sz w:val="17"/>
          <w:lang w:val="fr-FR"/>
        </w:rPr>
      </w:pPr>
      <w:r w:rsidRPr="00FE3E60">
        <w:rPr>
          <w:rFonts w:ascii="Arial" w:eastAsia="Arial" w:hAnsi="Arial"/>
          <w:sz w:val="17"/>
          <w:lang w:val="fr-FR"/>
        </w:rPr>
        <w:t>______________________________________________________________________________________________________________</w:t>
      </w:r>
    </w:p>
    <w:p w14:paraId="608E7E05" w14:textId="7EF7A38E" w:rsidR="004F5D6A" w:rsidRDefault="004F5D6A">
      <w:pPr>
        <w:spacing w:after="0" w:line="252" w:lineRule="auto"/>
      </w:pPr>
    </w:p>
    <w:p w14:paraId="7D4A8082" w14:textId="77777777" w:rsidR="004F5D6A" w:rsidRDefault="004F5D6A">
      <w:pPr>
        <w:spacing w:after="0" w:line="252" w:lineRule="auto"/>
      </w:pPr>
    </w:p>
    <w:tbl>
      <w:tblPr>
        <w:tblStyle w:val="Grilledutableau"/>
        <w:tblW w:w="0" w:type="auto"/>
        <w:jc w:val="center"/>
        <w:tblLook w:val="04A0" w:firstRow="1" w:lastRow="0" w:firstColumn="1" w:lastColumn="0" w:noHBand="0" w:noVBand="1"/>
      </w:tblPr>
      <w:tblGrid>
        <w:gridCol w:w="2154"/>
        <w:gridCol w:w="6973"/>
      </w:tblGrid>
      <w:tr w:rsidR="000B25F3" w:rsidRPr="00EB52B2" w14:paraId="11D796D6" w14:textId="77777777">
        <w:trPr>
          <w:trHeight w:val="312"/>
          <w:jc w:val="center"/>
        </w:trPr>
        <w:tc>
          <w:tcPr>
            <w:tcW w:w="2154"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78F2AE7B" w14:textId="77777777" w:rsidR="000B25F3" w:rsidRPr="00FE3E60" w:rsidRDefault="00013F07">
            <w:pPr>
              <w:spacing w:line="252" w:lineRule="auto"/>
              <w:rPr>
                <w:lang w:val="fr-FR"/>
              </w:rPr>
            </w:pPr>
            <w:r w:rsidRPr="00FE3E60">
              <w:rPr>
                <w:b/>
                <w:sz w:val="21"/>
                <w:lang w:val="fr-FR"/>
              </w:rPr>
              <w:lastRenderedPageBreak/>
              <w:t>Nombre total de personnes travaillant dans l’entreprise</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111C9D9F" w14:textId="77777777" w:rsidR="000B25F3" w:rsidRPr="00FE3E60" w:rsidRDefault="000B25F3">
            <w:pPr>
              <w:rPr>
                <w:lang w:val="fr-FR"/>
              </w:rPr>
            </w:pPr>
          </w:p>
        </w:tc>
      </w:tr>
      <w:tr w:rsidR="00FF0140" w:rsidRPr="0026010A" w14:paraId="1190CD0C" w14:textId="77777777">
        <w:trPr>
          <w:trHeight w:val="312"/>
          <w:jc w:val="center"/>
        </w:trPr>
        <w:tc>
          <w:tcPr>
            <w:tcW w:w="2154"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52E2C62C" w14:textId="05C59ECD" w:rsidR="00FF0140" w:rsidRPr="00FA3B8A" w:rsidRDefault="00FF0140" w:rsidP="00FF0140">
            <w:pPr>
              <w:spacing w:line="252" w:lineRule="auto"/>
              <w:rPr>
                <w:sz w:val="21"/>
                <w:szCs w:val="21"/>
                <w:lang w:val="fr-FR"/>
              </w:rPr>
            </w:pPr>
            <w:proofErr w:type="gramStart"/>
            <w:r w:rsidRPr="00FA3B8A">
              <w:rPr>
                <w:sz w:val="21"/>
                <w:szCs w:val="21"/>
                <w:lang w:val="fr-FR"/>
              </w:rPr>
              <w:t>dont</w:t>
            </w:r>
            <w:proofErr w:type="gramEnd"/>
            <w:r w:rsidRPr="00FA3B8A">
              <w:rPr>
                <w:sz w:val="21"/>
                <w:szCs w:val="21"/>
                <w:lang w:val="fr-FR"/>
              </w:rPr>
              <w:t xml:space="preserve"> </w:t>
            </w:r>
            <w:r w:rsidR="00EB52B2" w:rsidRPr="00FA3B8A">
              <w:rPr>
                <w:sz w:val="21"/>
                <w:szCs w:val="21"/>
                <w:lang w:val="fr-FR"/>
              </w:rPr>
              <w:t>n</w:t>
            </w:r>
            <w:r w:rsidRPr="00FA3B8A">
              <w:rPr>
                <w:sz w:val="21"/>
                <w:szCs w:val="21"/>
                <w:lang w:val="fr-FR"/>
              </w:rPr>
              <w:t xml:space="preserve">ombre d’employés </w:t>
            </w:r>
            <w:r w:rsidRPr="00FA3B8A">
              <w:rPr>
                <w:b/>
                <w:sz w:val="21"/>
                <w:szCs w:val="21"/>
                <w:lang w:val="fr-FR"/>
              </w:rPr>
              <w:t>permanents</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60D97600" w14:textId="42ECDDD5" w:rsidR="004F5D6A" w:rsidRPr="00FE3E60" w:rsidRDefault="004F5D6A" w:rsidP="00FF0140">
            <w:pPr>
              <w:rPr>
                <w:lang w:val="fr-FR"/>
              </w:rPr>
            </w:pPr>
          </w:p>
        </w:tc>
      </w:tr>
      <w:tr w:rsidR="00533463" w:rsidRPr="0026010A" w14:paraId="4524E734" w14:textId="77777777">
        <w:trPr>
          <w:trHeight w:val="312"/>
          <w:jc w:val="center"/>
        </w:trPr>
        <w:tc>
          <w:tcPr>
            <w:tcW w:w="2154"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609D1982" w14:textId="68FEAEC5" w:rsidR="0026010A" w:rsidRPr="00FA3B8A" w:rsidRDefault="00343317" w:rsidP="004F5D6A">
            <w:pPr>
              <w:spacing w:line="252" w:lineRule="auto"/>
              <w:rPr>
                <w:sz w:val="21"/>
                <w:szCs w:val="21"/>
                <w:lang w:val="fr-FR"/>
              </w:rPr>
            </w:pPr>
            <w:proofErr w:type="gramStart"/>
            <w:r w:rsidRPr="00FA3B8A">
              <w:rPr>
                <w:sz w:val="21"/>
                <w:szCs w:val="21"/>
                <w:lang w:val="fr-FR"/>
              </w:rPr>
              <w:t>dont</w:t>
            </w:r>
            <w:proofErr w:type="gramEnd"/>
            <w:r w:rsidRPr="00FA3B8A">
              <w:rPr>
                <w:sz w:val="21"/>
                <w:szCs w:val="21"/>
                <w:lang w:val="fr-FR"/>
              </w:rPr>
              <w:t xml:space="preserve"> e</w:t>
            </w:r>
            <w:r w:rsidR="0026010A" w:rsidRPr="00FA3B8A">
              <w:rPr>
                <w:sz w:val="21"/>
                <w:szCs w:val="21"/>
                <w:lang w:val="fr-FR"/>
              </w:rPr>
              <w:t>mployés permanent</w:t>
            </w:r>
            <w:r w:rsidRPr="00FA3B8A">
              <w:rPr>
                <w:sz w:val="21"/>
                <w:szCs w:val="21"/>
                <w:lang w:val="fr-FR"/>
              </w:rPr>
              <w:t>s</w:t>
            </w:r>
            <w:r w:rsidR="0026010A" w:rsidRPr="00FA3B8A">
              <w:rPr>
                <w:sz w:val="21"/>
                <w:szCs w:val="21"/>
                <w:lang w:val="fr-FR"/>
              </w:rPr>
              <w:t xml:space="preserve"> inscrits à la </w:t>
            </w:r>
            <w:proofErr w:type="spellStart"/>
            <w:r w:rsidR="0026010A" w:rsidRPr="00FA3B8A">
              <w:rPr>
                <w:sz w:val="21"/>
                <w:szCs w:val="21"/>
                <w:lang w:val="fr-FR"/>
              </w:rPr>
              <w:t>CNaPS</w:t>
            </w:r>
            <w:proofErr w:type="spellEnd"/>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05E88AE3" w14:textId="77777777" w:rsidR="00533463" w:rsidRPr="00FE3E60" w:rsidRDefault="00533463" w:rsidP="00FF0140">
            <w:pPr>
              <w:rPr>
                <w:lang w:val="fr-FR"/>
              </w:rPr>
            </w:pPr>
          </w:p>
        </w:tc>
      </w:tr>
      <w:tr w:rsidR="00FF0140" w:rsidRPr="00EA03F8" w14:paraId="653C0840" w14:textId="77777777">
        <w:trPr>
          <w:trHeight w:val="312"/>
          <w:jc w:val="center"/>
        </w:trPr>
        <w:tc>
          <w:tcPr>
            <w:tcW w:w="2154"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299CD66D" w14:textId="2D262881" w:rsidR="00FF0140" w:rsidRPr="00FA3B8A" w:rsidRDefault="00FF0140" w:rsidP="00FF0140">
            <w:pPr>
              <w:spacing w:line="252" w:lineRule="auto"/>
              <w:rPr>
                <w:bCs/>
                <w:sz w:val="21"/>
                <w:lang w:val="fr-FR"/>
              </w:rPr>
            </w:pPr>
            <w:proofErr w:type="gramStart"/>
            <w:r w:rsidRPr="00FA3B8A">
              <w:rPr>
                <w:bCs/>
                <w:sz w:val="21"/>
                <w:lang w:val="fr-FR"/>
              </w:rPr>
              <w:t>dont</w:t>
            </w:r>
            <w:proofErr w:type="gramEnd"/>
            <w:r w:rsidRPr="00FA3B8A">
              <w:rPr>
                <w:bCs/>
                <w:sz w:val="21"/>
                <w:lang w:val="fr-FR"/>
              </w:rPr>
              <w:t xml:space="preserve"> </w:t>
            </w:r>
            <w:r w:rsidR="00EB52B2" w:rsidRPr="00FA3B8A">
              <w:rPr>
                <w:bCs/>
                <w:sz w:val="21"/>
                <w:lang w:val="fr-FR"/>
              </w:rPr>
              <w:t>n</w:t>
            </w:r>
            <w:r w:rsidRPr="00FA3B8A">
              <w:rPr>
                <w:bCs/>
                <w:sz w:val="21"/>
                <w:lang w:val="fr-FR"/>
              </w:rPr>
              <w:t xml:space="preserve">ombre d’employés </w:t>
            </w:r>
            <w:r w:rsidRPr="00EB52B2">
              <w:rPr>
                <w:b/>
                <w:sz w:val="21"/>
                <w:lang w:val="fr-FR"/>
              </w:rPr>
              <w:t>temporaires ou saisonniers</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00DACECC" w14:textId="77777777" w:rsidR="00FF0140" w:rsidRPr="00FE3E60" w:rsidRDefault="00FF0140" w:rsidP="00FF0140">
            <w:pPr>
              <w:rPr>
                <w:lang w:val="fr-FR"/>
              </w:rPr>
            </w:pPr>
          </w:p>
        </w:tc>
      </w:tr>
      <w:tr w:rsidR="00FF0140" w:rsidRPr="00FE3E60" w14:paraId="4EC9784F" w14:textId="77777777">
        <w:trPr>
          <w:trHeight w:val="312"/>
          <w:jc w:val="center"/>
        </w:trPr>
        <w:tc>
          <w:tcPr>
            <w:tcW w:w="2154"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5A2D29A6" w14:textId="28278251" w:rsidR="00FF0140" w:rsidRPr="00FE3E60" w:rsidRDefault="00FF0140">
            <w:pPr>
              <w:spacing w:line="252" w:lineRule="auto"/>
              <w:rPr>
                <w:b/>
                <w:sz w:val="21"/>
                <w:lang w:val="fr-FR"/>
              </w:rPr>
            </w:pPr>
            <w:r>
              <w:rPr>
                <w:b/>
                <w:sz w:val="21"/>
                <w:lang w:val="fr-FR"/>
              </w:rPr>
              <w:t xml:space="preserve">Autres </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11A3AA50" w14:textId="77777777" w:rsidR="00FF0140" w:rsidRPr="00FE3E60" w:rsidRDefault="00FF0140">
            <w:pPr>
              <w:rPr>
                <w:lang w:val="fr-FR"/>
              </w:rPr>
            </w:pPr>
          </w:p>
        </w:tc>
      </w:tr>
    </w:tbl>
    <w:p w14:paraId="16C23A74" w14:textId="77777777" w:rsidR="000B25F3" w:rsidRPr="00FE3E60" w:rsidRDefault="000B25F3">
      <w:pPr>
        <w:rPr>
          <w:lang w:val="fr-FR"/>
        </w:rPr>
      </w:pPr>
    </w:p>
    <w:p w14:paraId="34493C26" w14:textId="2B9B0838" w:rsidR="000B25F3" w:rsidRPr="008E25F4" w:rsidRDefault="00013F07">
      <w:pPr>
        <w:spacing w:before="80" w:after="60" w:line="252" w:lineRule="auto"/>
        <w:rPr>
          <w:lang w:val="fr-FR"/>
        </w:rPr>
      </w:pPr>
      <w:r w:rsidRPr="008E25F4">
        <w:rPr>
          <w:rFonts w:ascii="Arial" w:eastAsia="Arial" w:hAnsi="Arial"/>
          <w:b/>
          <w:sz w:val="20"/>
          <w:lang w:val="fr-FR"/>
        </w:rPr>
        <w:t>Répartition actuelle de l’équipe</w:t>
      </w:r>
      <w:r w:rsidR="00C55AA2" w:rsidRPr="008E25F4">
        <w:rPr>
          <w:rFonts w:ascii="Arial" w:eastAsia="Arial" w:hAnsi="Arial"/>
          <w:b/>
          <w:sz w:val="20"/>
          <w:lang w:val="fr-FR"/>
        </w:rPr>
        <w:t xml:space="preserve"> de l’entreprise</w:t>
      </w:r>
      <w:r w:rsidRPr="008E25F4">
        <w:rPr>
          <w:rFonts w:ascii="Arial" w:eastAsia="Arial" w:hAnsi="Arial"/>
          <w:b/>
          <w:sz w:val="20"/>
          <w:lang w:val="fr-FR"/>
        </w:rPr>
        <w:t xml:space="preserve"> :</w:t>
      </w:r>
    </w:p>
    <w:tbl>
      <w:tblPr>
        <w:tblW w:w="0" w:type="auto"/>
        <w:jc w:val="center"/>
        <w:tblLook w:val="04A0" w:firstRow="1" w:lastRow="0" w:firstColumn="1" w:lastColumn="0" w:noHBand="0" w:noVBand="1"/>
      </w:tblPr>
      <w:tblGrid>
        <w:gridCol w:w="3509"/>
        <w:gridCol w:w="3507"/>
        <w:gridCol w:w="3508"/>
      </w:tblGrid>
      <w:tr w:rsidR="000B25F3" w14:paraId="69E79BAA" w14:textId="77777777">
        <w:trPr>
          <w:tblHeader/>
          <w:jc w:val="center"/>
        </w:trPr>
        <w:tc>
          <w:tcPr>
            <w:tcW w:w="3513" w:type="dxa"/>
            <w:tcBorders>
              <w:top w:val="single" w:sz="6" w:space="0" w:color="D9E2EC"/>
              <w:left w:val="single" w:sz="6" w:space="0" w:color="D9E2EC"/>
              <w:bottom w:val="single" w:sz="6" w:space="0" w:color="D9E2EC"/>
              <w:right w:val="single" w:sz="6" w:space="0" w:color="D9E2EC"/>
            </w:tcBorders>
            <w:shd w:val="clear" w:color="auto" w:fill="1F4E79"/>
            <w:tcMar>
              <w:top w:w="80" w:type="dxa"/>
              <w:left w:w="80" w:type="dxa"/>
              <w:bottom w:w="80" w:type="dxa"/>
              <w:right w:w="80" w:type="dxa"/>
            </w:tcMar>
            <w:vAlign w:val="center"/>
          </w:tcPr>
          <w:p w14:paraId="789546A2" w14:textId="77777777" w:rsidR="000B25F3" w:rsidRDefault="00013F07">
            <w:pPr>
              <w:spacing w:after="0" w:line="252" w:lineRule="auto"/>
            </w:pPr>
            <w:proofErr w:type="spellStart"/>
            <w:r>
              <w:rPr>
                <w:b/>
                <w:color w:val="FFFFFF"/>
                <w:sz w:val="21"/>
              </w:rPr>
              <w:t>Fonction</w:t>
            </w:r>
            <w:proofErr w:type="spellEnd"/>
            <w:r>
              <w:rPr>
                <w:b/>
                <w:color w:val="FFFFFF"/>
                <w:sz w:val="21"/>
              </w:rPr>
              <w:t xml:space="preserve"> / </w:t>
            </w:r>
            <w:proofErr w:type="spellStart"/>
            <w:r>
              <w:rPr>
                <w:b/>
                <w:color w:val="FFFFFF"/>
                <w:sz w:val="21"/>
              </w:rPr>
              <w:t>Département</w:t>
            </w:r>
            <w:proofErr w:type="spellEnd"/>
          </w:p>
        </w:tc>
        <w:tc>
          <w:tcPr>
            <w:tcW w:w="3513" w:type="dxa"/>
            <w:tcBorders>
              <w:top w:val="single" w:sz="6" w:space="0" w:color="D9E2EC"/>
              <w:left w:val="single" w:sz="6" w:space="0" w:color="D9E2EC"/>
              <w:bottom w:val="single" w:sz="6" w:space="0" w:color="D9E2EC"/>
              <w:right w:val="single" w:sz="6" w:space="0" w:color="D9E2EC"/>
            </w:tcBorders>
            <w:shd w:val="clear" w:color="auto" w:fill="1F4E79"/>
            <w:tcMar>
              <w:top w:w="80" w:type="dxa"/>
              <w:left w:w="80" w:type="dxa"/>
              <w:bottom w:w="80" w:type="dxa"/>
              <w:right w:w="80" w:type="dxa"/>
            </w:tcMar>
            <w:vAlign w:val="center"/>
          </w:tcPr>
          <w:p w14:paraId="11C3A3F9" w14:textId="77777777" w:rsidR="000B25F3" w:rsidRDefault="00013F07">
            <w:pPr>
              <w:spacing w:after="0" w:line="252" w:lineRule="auto"/>
            </w:pPr>
            <w:proofErr w:type="spellStart"/>
            <w:r>
              <w:rPr>
                <w:b/>
                <w:color w:val="FFFFFF"/>
                <w:sz w:val="21"/>
              </w:rPr>
              <w:t>Nombre</w:t>
            </w:r>
            <w:proofErr w:type="spellEnd"/>
            <w:r>
              <w:rPr>
                <w:b/>
                <w:color w:val="FFFFFF"/>
                <w:sz w:val="21"/>
              </w:rPr>
              <w:t xml:space="preserve"> de </w:t>
            </w:r>
            <w:proofErr w:type="spellStart"/>
            <w:r>
              <w:rPr>
                <w:b/>
                <w:color w:val="FFFFFF"/>
                <w:sz w:val="21"/>
              </w:rPr>
              <w:t>personnes</w:t>
            </w:r>
            <w:proofErr w:type="spellEnd"/>
          </w:p>
        </w:tc>
        <w:tc>
          <w:tcPr>
            <w:tcW w:w="3513" w:type="dxa"/>
            <w:tcBorders>
              <w:top w:val="single" w:sz="6" w:space="0" w:color="D9E2EC"/>
              <w:left w:val="single" w:sz="6" w:space="0" w:color="D9E2EC"/>
              <w:bottom w:val="single" w:sz="6" w:space="0" w:color="D9E2EC"/>
              <w:right w:val="single" w:sz="6" w:space="0" w:color="D9E2EC"/>
            </w:tcBorders>
            <w:shd w:val="clear" w:color="auto" w:fill="1F4E79"/>
            <w:tcMar>
              <w:top w:w="80" w:type="dxa"/>
              <w:left w:w="80" w:type="dxa"/>
              <w:bottom w:w="80" w:type="dxa"/>
              <w:right w:w="80" w:type="dxa"/>
            </w:tcMar>
            <w:vAlign w:val="center"/>
          </w:tcPr>
          <w:p w14:paraId="19764952" w14:textId="313A8DE0" w:rsidR="000B25F3" w:rsidRDefault="00DA566C">
            <w:pPr>
              <w:spacing w:after="0" w:line="252" w:lineRule="auto"/>
            </w:pPr>
            <w:proofErr w:type="spellStart"/>
            <w:r w:rsidRPr="00FA3B8A">
              <w:rPr>
                <w:b/>
                <w:color w:val="FFFFFF"/>
                <w:sz w:val="21"/>
              </w:rPr>
              <w:t>Compétences</w:t>
            </w:r>
            <w:proofErr w:type="spellEnd"/>
            <w:r w:rsidRPr="00FA3B8A">
              <w:rPr>
                <w:b/>
                <w:color w:val="FFFFFF"/>
                <w:sz w:val="21"/>
              </w:rPr>
              <w:t xml:space="preserve"> </w:t>
            </w:r>
            <w:proofErr w:type="spellStart"/>
            <w:r w:rsidRPr="00FA3B8A">
              <w:rPr>
                <w:b/>
                <w:color w:val="FFFFFF"/>
                <w:sz w:val="21"/>
              </w:rPr>
              <w:t>clés</w:t>
            </w:r>
            <w:proofErr w:type="spellEnd"/>
            <w:r w:rsidRPr="00FA3B8A">
              <w:rPr>
                <w:b/>
                <w:color w:val="FFFFFF"/>
                <w:sz w:val="21"/>
              </w:rPr>
              <w:t xml:space="preserve"> /</w:t>
            </w:r>
            <w:r w:rsidRPr="003753C2">
              <w:rPr>
                <w:b/>
                <w:bCs/>
              </w:rPr>
              <w:t xml:space="preserve"> </w:t>
            </w:r>
            <w:proofErr w:type="spellStart"/>
            <w:r w:rsidR="00013F07">
              <w:rPr>
                <w:b/>
                <w:color w:val="FFFFFF"/>
                <w:sz w:val="21"/>
              </w:rPr>
              <w:t>Responsabilités</w:t>
            </w:r>
            <w:proofErr w:type="spellEnd"/>
            <w:r w:rsidR="00013F07">
              <w:rPr>
                <w:b/>
                <w:color w:val="FFFFFF"/>
                <w:sz w:val="21"/>
              </w:rPr>
              <w:t xml:space="preserve"> </w:t>
            </w:r>
            <w:proofErr w:type="spellStart"/>
            <w:r w:rsidR="00013F07">
              <w:rPr>
                <w:b/>
                <w:color w:val="FFFFFF"/>
                <w:sz w:val="21"/>
              </w:rPr>
              <w:t>principales</w:t>
            </w:r>
            <w:proofErr w:type="spellEnd"/>
          </w:p>
        </w:tc>
      </w:tr>
      <w:tr w:rsidR="000B25F3" w14:paraId="4D3C3661" w14:textId="77777777">
        <w:trPr>
          <w:trHeight w:val="425"/>
          <w:jc w:val="center"/>
        </w:trPr>
        <w:tc>
          <w:tcPr>
            <w:tcW w:w="3513"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754BB088" w14:textId="77777777" w:rsidR="000B25F3" w:rsidRDefault="00013F07">
            <w:pPr>
              <w:spacing w:after="0" w:line="252" w:lineRule="auto"/>
            </w:pPr>
            <w:r>
              <w:rPr>
                <w:b/>
                <w:sz w:val="21"/>
              </w:rPr>
              <w:t>Direction / Management</w:t>
            </w: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73C04132" w14:textId="77777777" w:rsidR="000B25F3" w:rsidRDefault="000B25F3">
            <w:pPr>
              <w:spacing w:after="0" w:line="240" w:lineRule="auto"/>
            </w:pP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31921BAB" w14:textId="77777777" w:rsidR="000B25F3" w:rsidRDefault="000B25F3">
            <w:pPr>
              <w:spacing w:after="0" w:line="240" w:lineRule="auto"/>
            </w:pPr>
          </w:p>
        </w:tc>
      </w:tr>
      <w:tr w:rsidR="000B25F3" w14:paraId="2DD63606" w14:textId="77777777">
        <w:trPr>
          <w:trHeight w:val="425"/>
          <w:jc w:val="center"/>
        </w:trPr>
        <w:tc>
          <w:tcPr>
            <w:tcW w:w="3513"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19FEF71D" w14:textId="77777777" w:rsidR="000B25F3" w:rsidRDefault="00013F07">
            <w:pPr>
              <w:spacing w:after="0" w:line="252" w:lineRule="auto"/>
            </w:pPr>
            <w:r>
              <w:rPr>
                <w:b/>
                <w:sz w:val="21"/>
              </w:rPr>
              <w:t xml:space="preserve">Production / </w:t>
            </w:r>
            <w:proofErr w:type="spellStart"/>
            <w:r>
              <w:rPr>
                <w:b/>
                <w:sz w:val="21"/>
              </w:rPr>
              <w:t>Opérations</w:t>
            </w:r>
            <w:proofErr w:type="spellEnd"/>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655ADF23" w14:textId="77777777" w:rsidR="000B25F3" w:rsidRDefault="000B25F3">
            <w:pPr>
              <w:spacing w:after="0" w:line="240" w:lineRule="auto"/>
            </w:pP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6A2F261E" w14:textId="77777777" w:rsidR="000B25F3" w:rsidRDefault="000B25F3">
            <w:pPr>
              <w:spacing w:after="0" w:line="240" w:lineRule="auto"/>
            </w:pPr>
          </w:p>
        </w:tc>
      </w:tr>
      <w:tr w:rsidR="000B25F3" w14:paraId="6C0B9945" w14:textId="77777777">
        <w:trPr>
          <w:trHeight w:val="425"/>
          <w:jc w:val="center"/>
        </w:trPr>
        <w:tc>
          <w:tcPr>
            <w:tcW w:w="3513"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0DE357F4" w14:textId="77777777" w:rsidR="000B25F3" w:rsidRDefault="00013F07">
            <w:pPr>
              <w:spacing w:after="0" w:line="252" w:lineRule="auto"/>
            </w:pPr>
            <w:r>
              <w:rPr>
                <w:b/>
                <w:sz w:val="21"/>
              </w:rPr>
              <w:t>Commercial / Marketing</w:t>
            </w: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65B1E1F6" w14:textId="77777777" w:rsidR="000B25F3" w:rsidRDefault="000B25F3">
            <w:pPr>
              <w:spacing w:after="0" w:line="240" w:lineRule="auto"/>
            </w:pP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74368EA7" w14:textId="77777777" w:rsidR="000B25F3" w:rsidRDefault="000B25F3">
            <w:pPr>
              <w:spacing w:after="0" w:line="240" w:lineRule="auto"/>
            </w:pPr>
          </w:p>
        </w:tc>
      </w:tr>
      <w:tr w:rsidR="000B25F3" w14:paraId="28B7724A" w14:textId="77777777">
        <w:trPr>
          <w:trHeight w:val="425"/>
          <w:jc w:val="center"/>
        </w:trPr>
        <w:tc>
          <w:tcPr>
            <w:tcW w:w="3513"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1403EEF8" w14:textId="77777777" w:rsidR="000B25F3" w:rsidRDefault="00013F07">
            <w:pPr>
              <w:spacing w:after="0" w:line="252" w:lineRule="auto"/>
            </w:pPr>
            <w:r>
              <w:rPr>
                <w:b/>
                <w:sz w:val="21"/>
              </w:rPr>
              <w:t>Administration / Finance</w:t>
            </w: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75F36028" w14:textId="77777777" w:rsidR="000B25F3" w:rsidRDefault="000B25F3">
            <w:pPr>
              <w:spacing w:after="0" w:line="240" w:lineRule="auto"/>
            </w:pP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14BCC3FD" w14:textId="77777777" w:rsidR="000B25F3" w:rsidRDefault="000B25F3">
            <w:pPr>
              <w:spacing w:after="0" w:line="240" w:lineRule="auto"/>
            </w:pPr>
          </w:p>
        </w:tc>
      </w:tr>
      <w:tr w:rsidR="000B25F3" w14:paraId="7A369A30" w14:textId="77777777">
        <w:trPr>
          <w:trHeight w:val="425"/>
          <w:jc w:val="center"/>
        </w:trPr>
        <w:tc>
          <w:tcPr>
            <w:tcW w:w="3513"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20A84F43" w14:textId="77777777" w:rsidR="000B25F3" w:rsidRDefault="00013F07">
            <w:pPr>
              <w:spacing w:after="0" w:line="252" w:lineRule="auto"/>
            </w:pPr>
            <w:proofErr w:type="spellStart"/>
            <w:r>
              <w:rPr>
                <w:b/>
                <w:sz w:val="21"/>
              </w:rPr>
              <w:t>Technologie</w:t>
            </w:r>
            <w:proofErr w:type="spellEnd"/>
            <w:r>
              <w:rPr>
                <w:b/>
                <w:sz w:val="21"/>
              </w:rPr>
              <w:t xml:space="preserve"> / Digital</w:t>
            </w: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73F570AA" w14:textId="77777777" w:rsidR="000B25F3" w:rsidRDefault="000B25F3">
            <w:pPr>
              <w:spacing w:after="0" w:line="240" w:lineRule="auto"/>
            </w:pP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29F013DC" w14:textId="77777777" w:rsidR="000B25F3" w:rsidRDefault="000B25F3">
            <w:pPr>
              <w:spacing w:after="0" w:line="240" w:lineRule="auto"/>
            </w:pPr>
          </w:p>
        </w:tc>
      </w:tr>
      <w:tr w:rsidR="000B25F3" w14:paraId="796D3020" w14:textId="77777777">
        <w:trPr>
          <w:trHeight w:val="425"/>
          <w:jc w:val="center"/>
        </w:trPr>
        <w:tc>
          <w:tcPr>
            <w:tcW w:w="3513"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1BC61747" w14:textId="77777777" w:rsidR="000B25F3" w:rsidRDefault="00013F07">
            <w:pPr>
              <w:spacing w:after="0" w:line="252" w:lineRule="auto"/>
            </w:pPr>
            <w:proofErr w:type="spellStart"/>
            <w:r>
              <w:rPr>
                <w:b/>
                <w:sz w:val="21"/>
              </w:rPr>
              <w:t>Autre</w:t>
            </w:r>
            <w:proofErr w:type="spellEnd"/>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1977D1BE" w14:textId="77777777" w:rsidR="000B25F3" w:rsidRDefault="000B25F3">
            <w:pPr>
              <w:spacing w:after="0" w:line="240" w:lineRule="auto"/>
            </w:pP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24B61C6C" w14:textId="77777777" w:rsidR="000B25F3" w:rsidRDefault="000B25F3">
            <w:pPr>
              <w:spacing w:after="0" w:line="240" w:lineRule="auto"/>
            </w:pPr>
          </w:p>
        </w:tc>
      </w:tr>
    </w:tbl>
    <w:p w14:paraId="6CDC341B" w14:textId="77777777" w:rsidR="000B25F3" w:rsidRDefault="000B25F3"/>
    <w:tbl>
      <w:tblPr>
        <w:tblStyle w:val="Grilledutableau"/>
        <w:tblW w:w="0" w:type="auto"/>
        <w:jc w:val="center"/>
        <w:tblLook w:val="04A0" w:firstRow="1" w:lastRow="0" w:firstColumn="1" w:lastColumn="0" w:noHBand="0" w:noVBand="1"/>
      </w:tblPr>
      <w:tblGrid>
        <w:gridCol w:w="2154"/>
        <w:gridCol w:w="6973"/>
      </w:tblGrid>
      <w:tr w:rsidR="000B25F3" w:rsidRPr="00EB52B2" w14:paraId="7142A1B9" w14:textId="77777777">
        <w:trPr>
          <w:trHeight w:val="312"/>
          <w:jc w:val="center"/>
        </w:trPr>
        <w:tc>
          <w:tcPr>
            <w:tcW w:w="2154"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56C7F302" w14:textId="5246ACC2" w:rsidR="000B25F3" w:rsidRDefault="00013F07">
            <w:pPr>
              <w:spacing w:line="252" w:lineRule="auto"/>
              <w:rPr>
                <w:b/>
                <w:sz w:val="21"/>
                <w:szCs w:val="21"/>
              </w:rPr>
            </w:pPr>
            <w:r w:rsidRPr="723D2FA3">
              <w:rPr>
                <w:b/>
                <w:sz w:val="21"/>
                <w:szCs w:val="21"/>
              </w:rPr>
              <w:t>Organigramme</w:t>
            </w:r>
            <w:r w:rsidR="009151AB">
              <w:rPr>
                <w:b/>
                <w:sz w:val="21"/>
                <w:szCs w:val="21"/>
              </w:rPr>
              <w:t xml:space="preserve"> (</w:t>
            </w:r>
            <w:proofErr w:type="spellStart"/>
            <w:r w:rsidR="00847947">
              <w:rPr>
                <w:b/>
                <w:sz w:val="21"/>
                <w:szCs w:val="21"/>
              </w:rPr>
              <w:t>facultatif</w:t>
            </w:r>
            <w:proofErr w:type="spellEnd"/>
            <w:r w:rsidR="009151AB">
              <w:rPr>
                <w:b/>
                <w:sz w:val="21"/>
                <w:szCs w:val="21"/>
              </w:rPr>
              <w:t>)</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4FC26FAA" w14:textId="5E8624F9" w:rsidR="000B25F3" w:rsidRPr="00FE3E60" w:rsidRDefault="002914A2">
            <w:pPr>
              <w:spacing w:line="252" w:lineRule="auto"/>
              <w:rPr>
                <w:lang w:val="fr-FR"/>
              </w:rPr>
            </w:pPr>
            <w:r>
              <w:rPr>
                <w:sz w:val="21"/>
                <w:lang w:val="fr-FR"/>
              </w:rPr>
              <w:t>[Télécharger l’organigramme si disponible]</w:t>
            </w:r>
          </w:p>
        </w:tc>
      </w:tr>
    </w:tbl>
    <w:p w14:paraId="0197FFCC" w14:textId="77777777" w:rsidR="00335093" w:rsidRPr="00FA3B8A" w:rsidRDefault="00335093" w:rsidP="00FA3B8A">
      <w:pPr>
        <w:spacing w:before="40" w:after="20" w:line="252" w:lineRule="auto"/>
        <w:rPr>
          <w:rFonts w:ascii="Arial" w:eastAsia="Arial" w:hAnsi="Arial"/>
          <w:b/>
          <w:sz w:val="20"/>
          <w:lang w:val="fr-FR"/>
        </w:rPr>
      </w:pPr>
      <w:r w:rsidRPr="00FA3B8A">
        <w:rPr>
          <w:rFonts w:ascii="Arial" w:eastAsia="Arial" w:hAnsi="Arial"/>
          <w:b/>
          <w:sz w:val="20"/>
          <w:lang w:val="fr-FR"/>
        </w:rPr>
        <w:t xml:space="preserve">Lacunes ou besoins identifiés dans l'équipe actuelle : </w:t>
      </w:r>
    </w:p>
    <w:p w14:paraId="244335A9" w14:textId="5B4555E6" w:rsidR="000B25F3" w:rsidRPr="00FE3E60" w:rsidRDefault="00335093" w:rsidP="00FA3B8A">
      <w:pPr>
        <w:spacing w:after="20" w:line="252" w:lineRule="auto"/>
        <w:rPr>
          <w:lang w:val="fr-FR"/>
        </w:rPr>
      </w:pPr>
      <w:r w:rsidRPr="00FA3B8A">
        <w:rPr>
          <w:rFonts w:ascii="Arial" w:eastAsia="Arial" w:hAnsi="Arial"/>
          <w:i/>
          <w:color w:val="555555"/>
          <w:sz w:val="17"/>
          <w:lang w:val="fr-FR"/>
        </w:rPr>
        <w:t>Compétences manquantes, postes à créer, besoins en renforcement de capacités.</w:t>
      </w:r>
    </w:p>
    <w:p w14:paraId="3A689E5D" w14:textId="0321635F" w:rsidR="000B25F3" w:rsidRDefault="00013F07">
      <w:pPr>
        <w:pBdr>
          <w:bottom w:val="single" w:sz="12" w:space="1" w:color="auto"/>
        </w:pBdr>
        <w:spacing w:after="0" w:line="252" w:lineRule="auto"/>
        <w:rPr>
          <w:rFonts w:ascii="Arial" w:eastAsia="Arial" w:hAnsi="Arial"/>
          <w:sz w:val="17"/>
        </w:rPr>
      </w:pPr>
      <w:r>
        <w:rPr>
          <w:rFonts w:ascii="Arial" w:eastAsia="Arial" w:hAnsi="Arial"/>
          <w:sz w:val="17"/>
        </w:rPr>
        <w:t>______________________________________________________________________________________________________________</w:t>
      </w:r>
    </w:p>
    <w:p w14:paraId="32EDF6E0" w14:textId="09D10EBA" w:rsidR="00A90F23" w:rsidRDefault="00A90F23">
      <w:pPr>
        <w:pBdr>
          <w:bottom w:val="single" w:sz="12" w:space="1" w:color="auto"/>
        </w:pBdr>
        <w:spacing w:after="0" w:line="252" w:lineRule="auto"/>
        <w:rPr>
          <w:rFonts w:ascii="Arial" w:eastAsia="Arial" w:hAnsi="Arial"/>
          <w:sz w:val="17"/>
        </w:rPr>
      </w:pPr>
      <w:r>
        <w:rPr>
          <w:rFonts w:ascii="Arial" w:eastAsia="Arial" w:hAnsi="Arial"/>
          <w:sz w:val="17"/>
        </w:rPr>
        <w:t>______________________________________________________________________________________________________________</w:t>
      </w:r>
    </w:p>
    <w:p w14:paraId="554C077A" w14:textId="77777777" w:rsidR="00A90F23" w:rsidRDefault="00A90F23">
      <w:pPr>
        <w:pBdr>
          <w:bottom w:val="single" w:sz="12" w:space="1" w:color="auto"/>
        </w:pBdr>
        <w:spacing w:after="0" w:line="252" w:lineRule="auto"/>
      </w:pPr>
    </w:p>
    <w:p w14:paraId="7A722353" w14:textId="360EEDC3" w:rsidR="002109B2" w:rsidRPr="00FA3B8A" w:rsidRDefault="002109B2" w:rsidP="00FA3B8A">
      <w:pPr>
        <w:pStyle w:val="Paragraphedeliste"/>
        <w:numPr>
          <w:ilvl w:val="1"/>
          <w:numId w:val="11"/>
        </w:numPr>
        <w:spacing w:before="200" w:after="80" w:line="252" w:lineRule="auto"/>
        <w:rPr>
          <w:rFonts w:ascii="Arial" w:eastAsia="Arial" w:hAnsi="Arial"/>
          <w:b/>
          <w:color w:val="1F4E79"/>
          <w:sz w:val="26"/>
        </w:rPr>
      </w:pPr>
      <w:proofErr w:type="spellStart"/>
      <w:r w:rsidRPr="00FA3B8A">
        <w:rPr>
          <w:rFonts w:ascii="Arial" w:eastAsia="Arial" w:hAnsi="Arial"/>
          <w:b/>
          <w:color w:val="1F4E79"/>
          <w:sz w:val="26"/>
        </w:rPr>
        <w:t>Historique</w:t>
      </w:r>
      <w:proofErr w:type="spellEnd"/>
      <w:r w:rsidRPr="00FA3B8A">
        <w:rPr>
          <w:rFonts w:ascii="Arial" w:eastAsia="Arial" w:hAnsi="Arial"/>
          <w:b/>
          <w:color w:val="1F4E79"/>
          <w:sz w:val="26"/>
        </w:rPr>
        <w:t xml:space="preserve"> </w:t>
      </w:r>
      <w:r w:rsidR="000C2707" w:rsidRPr="00FA3B8A">
        <w:rPr>
          <w:rFonts w:ascii="Arial" w:eastAsia="Arial" w:hAnsi="Arial"/>
          <w:b/>
          <w:color w:val="1F4E79"/>
          <w:sz w:val="26"/>
        </w:rPr>
        <w:t xml:space="preserve">de </w:t>
      </w:r>
      <w:proofErr w:type="spellStart"/>
      <w:r w:rsidR="000C2707" w:rsidRPr="00FA3B8A">
        <w:rPr>
          <w:rFonts w:ascii="Arial" w:eastAsia="Arial" w:hAnsi="Arial"/>
          <w:b/>
          <w:color w:val="1F4E79"/>
          <w:sz w:val="26"/>
        </w:rPr>
        <w:t>financement</w:t>
      </w:r>
      <w:proofErr w:type="spellEnd"/>
      <w:r w:rsidRPr="00FA3B8A">
        <w:rPr>
          <w:rFonts w:ascii="Arial" w:eastAsia="Arial" w:hAnsi="Arial"/>
          <w:b/>
          <w:color w:val="1F4E79"/>
          <w:sz w:val="26"/>
        </w:rPr>
        <w:t xml:space="preserve"> de </w:t>
      </w:r>
      <w:proofErr w:type="spellStart"/>
      <w:r w:rsidRPr="00FA3B8A">
        <w:rPr>
          <w:rFonts w:ascii="Arial" w:eastAsia="Arial" w:hAnsi="Arial"/>
          <w:b/>
          <w:color w:val="1F4E79"/>
          <w:sz w:val="26"/>
        </w:rPr>
        <w:t>l’entreprise</w:t>
      </w:r>
      <w:proofErr w:type="spellEnd"/>
    </w:p>
    <w:p w14:paraId="6C1439D6" w14:textId="77777777" w:rsidR="00A90F23" w:rsidRDefault="00C05FFB" w:rsidP="000C2707">
      <w:pPr>
        <w:spacing w:before="40" w:after="20" w:line="252" w:lineRule="auto"/>
        <w:rPr>
          <w:rFonts w:ascii="Arial" w:eastAsia="Arial" w:hAnsi="Arial"/>
          <w:b/>
          <w:sz w:val="20"/>
          <w:lang w:val="fr-FR"/>
        </w:rPr>
      </w:pPr>
      <w:r>
        <w:rPr>
          <w:rFonts w:ascii="Arial" w:eastAsia="Arial" w:hAnsi="Arial"/>
          <w:b/>
          <w:sz w:val="20"/>
          <w:lang w:val="fr-FR"/>
        </w:rPr>
        <w:t xml:space="preserve">Votre entreprise a-t-elle déjà obtenu ou engagé </w:t>
      </w:r>
      <w:r w:rsidR="00A8666E">
        <w:rPr>
          <w:rFonts w:ascii="Arial" w:eastAsia="Arial" w:hAnsi="Arial"/>
          <w:b/>
          <w:sz w:val="20"/>
          <w:lang w:val="fr-FR"/>
        </w:rPr>
        <w:t>des discussions</w:t>
      </w:r>
      <w:r w:rsidR="000C2707" w:rsidRPr="00FE3E60">
        <w:rPr>
          <w:rFonts w:ascii="Arial" w:eastAsia="Arial" w:hAnsi="Arial"/>
          <w:b/>
          <w:sz w:val="20"/>
          <w:lang w:val="fr-FR"/>
        </w:rPr>
        <w:t xml:space="preserve"> </w:t>
      </w:r>
      <w:r w:rsidR="00A8666E">
        <w:rPr>
          <w:rFonts w:ascii="Arial" w:eastAsia="Arial" w:hAnsi="Arial"/>
          <w:b/>
          <w:sz w:val="20"/>
          <w:lang w:val="fr-FR"/>
        </w:rPr>
        <w:t xml:space="preserve">ou négociations </w:t>
      </w:r>
      <w:r w:rsidR="000C2707" w:rsidRPr="00FE3E60">
        <w:rPr>
          <w:rFonts w:ascii="Arial" w:eastAsia="Arial" w:hAnsi="Arial"/>
          <w:b/>
          <w:sz w:val="20"/>
          <w:lang w:val="fr-FR"/>
        </w:rPr>
        <w:t>pour obtenir des financements</w:t>
      </w:r>
      <w:r w:rsidR="00A8666E">
        <w:rPr>
          <w:rFonts w:ascii="Arial" w:eastAsia="Arial" w:hAnsi="Arial"/>
          <w:b/>
          <w:sz w:val="20"/>
          <w:lang w:val="fr-FR"/>
        </w:rPr>
        <w:t xml:space="preserve"> ? </w:t>
      </w:r>
    </w:p>
    <w:p w14:paraId="671A76FD" w14:textId="2C5FA39B" w:rsidR="000C2707" w:rsidRDefault="0007178F" w:rsidP="000C2707">
      <w:pPr>
        <w:spacing w:before="40" w:after="20" w:line="252" w:lineRule="auto"/>
        <w:rPr>
          <w:rFonts w:ascii="Arial" w:eastAsia="Arial" w:hAnsi="Arial"/>
          <w:b/>
          <w:sz w:val="20"/>
          <w:lang w:val="fr-FR"/>
        </w:rPr>
      </w:pPr>
      <w:r>
        <w:rPr>
          <w:i/>
          <w:iCs/>
          <w:lang w:val="fr-FR"/>
        </w:rPr>
        <w:lastRenderedPageBreak/>
        <w:t>Il peut s’agir d’investissements de</w:t>
      </w:r>
      <w:r w:rsidRPr="00E02CD2">
        <w:rPr>
          <w:i/>
          <w:iCs/>
          <w:lang w:val="fr-FR"/>
        </w:rPr>
        <w:t xml:space="preserve"> business </w:t>
      </w:r>
      <w:proofErr w:type="spellStart"/>
      <w:r w:rsidRPr="00E02CD2">
        <w:rPr>
          <w:i/>
          <w:iCs/>
          <w:lang w:val="fr-FR"/>
        </w:rPr>
        <w:t>angels</w:t>
      </w:r>
      <w:proofErr w:type="spellEnd"/>
      <w:r w:rsidRPr="00E02CD2">
        <w:rPr>
          <w:i/>
          <w:iCs/>
          <w:lang w:val="fr-FR"/>
        </w:rPr>
        <w:t xml:space="preserve">, de fonds de capital-risque </w:t>
      </w:r>
      <w:r>
        <w:rPr>
          <w:i/>
          <w:iCs/>
          <w:lang w:val="fr-FR"/>
        </w:rPr>
        <w:t>ou</w:t>
      </w:r>
      <w:r w:rsidRPr="00E02CD2">
        <w:rPr>
          <w:i/>
          <w:iCs/>
          <w:lang w:val="fr-FR"/>
        </w:rPr>
        <w:t xml:space="preserve"> tout autre financeur spécialisé dans l'accompagnement des entreprises en croissance</w:t>
      </w:r>
      <w:r>
        <w:rPr>
          <w:i/>
          <w:iCs/>
          <w:lang w:val="fr-FR"/>
        </w:rPr>
        <w:t xml:space="preserve"> - </w:t>
      </w:r>
      <w:r w:rsidRPr="00E02CD2">
        <w:rPr>
          <w:i/>
          <w:iCs/>
          <w:lang w:val="fr-FR"/>
        </w:rPr>
        <w:t xml:space="preserve">ainsi </w:t>
      </w:r>
      <w:r>
        <w:rPr>
          <w:i/>
          <w:iCs/>
          <w:lang w:val="fr-FR"/>
        </w:rPr>
        <w:t>que de</w:t>
      </w:r>
      <w:r w:rsidRPr="00E02CD2">
        <w:rPr>
          <w:i/>
          <w:iCs/>
          <w:lang w:val="fr-FR"/>
        </w:rPr>
        <w:t xml:space="preserve"> financement bancaire</w:t>
      </w:r>
      <w:r>
        <w:rPr>
          <w:i/>
          <w:iCs/>
          <w:lang w:val="fr-FR"/>
        </w:rPr>
        <w:t>.</w:t>
      </w:r>
    </w:p>
    <w:p w14:paraId="113F6053" w14:textId="77777777" w:rsidR="00A8666E" w:rsidRPr="00FE3E60" w:rsidRDefault="00A8666E" w:rsidP="000C2707">
      <w:pPr>
        <w:spacing w:before="40" w:after="20" w:line="252" w:lineRule="auto"/>
        <w:rPr>
          <w:lang w:val="fr-FR"/>
        </w:rPr>
      </w:pPr>
    </w:p>
    <w:p w14:paraId="4554A190" w14:textId="0CD78883" w:rsidR="00A8666E" w:rsidRDefault="000C2707" w:rsidP="000C2707">
      <w:pPr>
        <w:spacing w:after="40" w:line="252" w:lineRule="auto"/>
        <w:rPr>
          <w:rFonts w:ascii="Arial" w:eastAsia="Arial" w:hAnsi="Arial"/>
          <w:sz w:val="18"/>
          <w:lang w:val="fr-FR"/>
        </w:rPr>
      </w:pPr>
      <w:r w:rsidRPr="00FE3E60">
        <w:rPr>
          <w:rFonts w:ascii="Arial" w:eastAsia="Arial" w:hAnsi="Arial"/>
          <w:sz w:val="18"/>
          <w:lang w:val="fr-FR"/>
        </w:rPr>
        <w:t>☐ Oui</w:t>
      </w:r>
      <w:r w:rsidR="00A8666E">
        <w:rPr>
          <w:rFonts w:ascii="Arial" w:eastAsia="Arial" w:hAnsi="Arial"/>
          <w:sz w:val="18"/>
          <w:lang w:val="fr-FR"/>
        </w:rPr>
        <w:t>, financement</w:t>
      </w:r>
      <w:r w:rsidR="00BC1D18">
        <w:rPr>
          <w:rFonts w:ascii="Arial" w:eastAsia="Arial" w:hAnsi="Arial"/>
          <w:sz w:val="18"/>
          <w:lang w:val="fr-FR"/>
        </w:rPr>
        <w:t>(s)</w:t>
      </w:r>
      <w:r w:rsidR="00A8666E">
        <w:rPr>
          <w:rFonts w:ascii="Arial" w:eastAsia="Arial" w:hAnsi="Arial"/>
          <w:sz w:val="18"/>
          <w:lang w:val="fr-FR"/>
        </w:rPr>
        <w:t xml:space="preserve"> obtenu</w:t>
      </w:r>
      <w:r w:rsidR="00BC1D18">
        <w:rPr>
          <w:rFonts w:ascii="Arial" w:eastAsia="Arial" w:hAnsi="Arial"/>
          <w:sz w:val="18"/>
          <w:lang w:val="fr-FR"/>
        </w:rPr>
        <w:t>(s)</w:t>
      </w:r>
    </w:p>
    <w:p w14:paraId="05BCDBCA" w14:textId="5F4AF6AF" w:rsidR="00BC1D18" w:rsidRDefault="00A8666E" w:rsidP="000C2707">
      <w:pPr>
        <w:spacing w:after="40" w:line="252" w:lineRule="auto"/>
        <w:rPr>
          <w:rFonts w:ascii="Arial" w:eastAsia="Arial" w:hAnsi="Arial"/>
          <w:sz w:val="18"/>
          <w:lang w:val="fr-FR"/>
        </w:rPr>
      </w:pPr>
      <w:r w:rsidRPr="00FE3E60">
        <w:rPr>
          <w:rFonts w:ascii="Arial" w:eastAsia="Arial" w:hAnsi="Arial"/>
          <w:sz w:val="18"/>
          <w:lang w:val="fr-FR"/>
        </w:rPr>
        <w:t xml:space="preserve">☐ </w:t>
      </w:r>
      <w:r w:rsidR="00D22243">
        <w:rPr>
          <w:rFonts w:ascii="Arial" w:eastAsia="Arial" w:hAnsi="Arial"/>
          <w:sz w:val="18"/>
          <w:lang w:val="fr-FR"/>
        </w:rPr>
        <w:t>En</w:t>
      </w:r>
      <w:r w:rsidR="00D22243" w:rsidRPr="00FE3E60">
        <w:rPr>
          <w:rFonts w:ascii="Arial" w:eastAsia="Arial" w:hAnsi="Arial"/>
          <w:sz w:val="18"/>
          <w:lang w:val="fr-FR"/>
        </w:rPr>
        <w:t xml:space="preserve"> cours</w:t>
      </w:r>
      <w:r w:rsidR="00D22243">
        <w:rPr>
          <w:rFonts w:ascii="Arial" w:eastAsia="Arial" w:hAnsi="Arial"/>
          <w:sz w:val="18"/>
          <w:lang w:val="fr-FR"/>
        </w:rPr>
        <w:t xml:space="preserve"> de d</w:t>
      </w:r>
      <w:r>
        <w:rPr>
          <w:rFonts w:ascii="Arial" w:eastAsia="Arial" w:hAnsi="Arial"/>
          <w:sz w:val="18"/>
          <w:lang w:val="fr-FR"/>
        </w:rPr>
        <w:t xml:space="preserve">iscussions ou </w:t>
      </w:r>
      <w:r w:rsidR="00D22243">
        <w:rPr>
          <w:rFonts w:ascii="Arial" w:eastAsia="Arial" w:hAnsi="Arial"/>
          <w:sz w:val="18"/>
          <w:lang w:val="fr-FR"/>
        </w:rPr>
        <w:t xml:space="preserve">de </w:t>
      </w:r>
      <w:r>
        <w:rPr>
          <w:rFonts w:ascii="Arial" w:eastAsia="Arial" w:hAnsi="Arial"/>
          <w:sz w:val="18"/>
          <w:lang w:val="fr-FR"/>
        </w:rPr>
        <w:t xml:space="preserve">négociations </w:t>
      </w:r>
    </w:p>
    <w:p w14:paraId="7D53B9CC" w14:textId="3DFEC8BF" w:rsidR="000C2707" w:rsidRDefault="000C2707" w:rsidP="000C2707">
      <w:pPr>
        <w:spacing w:after="40" w:line="252" w:lineRule="auto"/>
        <w:rPr>
          <w:rFonts w:ascii="Arial" w:eastAsia="Arial" w:hAnsi="Arial"/>
          <w:sz w:val="18"/>
          <w:lang w:val="fr-FR"/>
        </w:rPr>
      </w:pPr>
      <w:r w:rsidRPr="00FE3E60">
        <w:rPr>
          <w:rFonts w:ascii="Arial" w:eastAsia="Arial" w:hAnsi="Arial"/>
          <w:sz w:val="18"/>
          <w:lang w:val="fr-FR"/>
        </w:rPr>
        <w:t xml:space="preserve">☐ Non    </w:t>
      </w:r>
    </w:p>
    <w:p w14:paraId="3E8BACF1" w14:textId="77777777" w:rsidR="00BC1D18" w:rsidRPr="00FE3E60" w:rsidRDefault="00BC1D18" w:rsidP="000C2707">
      <w:pPr>
        <w:spacing w:after="40" w:line="252" w:lineRule="auto"/>
        <w:rPr>
          <w:lang w:val="fr-FR"/>
        </w:rPr>
      </w:pPr>
    </w:p>
    <w:p w14:paraId="100BCAE9" w14:textId="4C1C56E8" w:rsidR="000C2707" w:rsidRPr="008A21A0" w:rsidRDefault="000C2707" w:rsidP="000C2707">
      <w:pPr>
        <w:spacing w:before="40" w:after="20" w:line="252" w:lineRule="auto"/>
        <w:rPr>
          <w:bCs/>
          <w:lang w:val="fr-FR"/>
        </w:rPr>
      </w:pPr>
      <w:r w:rsidRPr="00FA3B8A">
        <w:rPr>
          <w:rFonts w:ascii="Arial" w:eastAsia="Arial" w:hAnsi="Arial"/>
          <w:bCs/>
          <w:sz w:val="20"/>
          <w:lang w:val="fr-FR"/>
        </w:rPr>
        <w:t>Si oui ou en cours, préciser</w:t>
      </w:r>
      <w:r w:rsidR="00A71637">
        <w:rPr>
          <w:rFonts w:ascii="Arial" w:eastAsia="Arial" w:hAnsi="Arial"/>
          <w:bCs/>
          <w:sz w:val="20"/>
          <w:lang w:val="fr-FR"/>
        </w:rPr>
        <w:t xml:space="preserve"> </w:t>
      </w:r>
      <w:r w:rsidRPr="00FA3B8A">
        <w:rPr>
          <w:rFonts w:ascii="Arial" w:eastAsia="Arial" w:hAnsi="Arial"/>
          <w:bCs/>
          <w:sz w:val="20"/>
          <w:lang w:val="fr-FR"/>
        </w:rPr>
        <w:t>:</w:t>
      </w:r>
    </w:p>
    <w:p w14:paraId="1C309FCE" w14:textId="77777777" w:rsidR="003A5BDC" w:rsidRDefault="000C2707" w:rsidP="000C2707">
      <w:pPr>
        <w:spacing w:after="20" w:line="252" w:lineRule="auto"/>
        <w:rPr>
          <w:rFonts w:ascii="Arial" w:eastAsia="Arial" w:hAnsi="Arial"/>
          <w:i/>
          <w:color w:val="555555"/>
          <w:sz w:val="17"/>
          <w:lang w:val="fr-FR"/>
        </w:rPr>
      </w:pPr>
      <w:r w:rsidRPr="00FE3E60">
        <w:rPr>
          <w:rFonts w:ascii="Arial" w:eastAsia="Arial" w:hAnsi="Arial"/>
          <w:i/>
          <w:color w:val="555555"/>
          <w:sz w:val="17"/>
          <w:lang w:val="fr-FR"/>
        </w:rPr>
        <w:t>Structures contactées</w:t>
      </w:r>
      <w:r w:rsidR="003A5BDC">
        <w:rPr>
          <w:rFonts w:ascii="Arial" w:eastAsia="Arial" w:hAnsi="Arial"/>
          <w:i/>
          <w:color w:val="555555"/>
          <w:sz w:val="17"/>
          <w:lang w:val="fr-FR"/>
        </w:rPr>
        <w:t xml:space="preserve"> : </w:t>
      </w:r>
    </w:p>
    <w:p w14:paraId="4FCEE2BB" w14:textId="2E93F5CD" w:rsidR="003A5BDC" w:rsidRDefault="003A5BDC" w:rsidP="000C2707">
      <w:pPr>
        <w:spacing w:after="20" w:line="252" w:lineRule="auto"/>
        <w:rPr>
          <w:rFonts w:ascii="Arial" w:eastAsia="Arial" w:hAnsi="Arial"/>
          <w:i/>
          <w:color w:val="555555"/>
          <w:sz w:val="17"/>
          <w:lang w:val="fr-FR"/>
        </w:rPr>
      </w:pPr>
      <w:r>
        <w:rPr>
          <w:rFonts w:ascii="Arial" w:eastAsia="Arial" w:hAnsi="Arial"/>
          <w:i/>
          <w:color w:val="555555"/>
          <w:sz w:val="17"/>
          <w:lang w:val="fr-FR"/>
        </w:rPr>
        <w:t>T</w:t>
      </w:r>
      <w:r w:rsidR="000C2707" w:rsidRPr="00FE3E60">
        <w:rPr>
          <w:rFonts w:ascii="Arial" w:eastAsia="Arial" w:hAnsi="Arial"/>
          <w:i/>
          <w:color w:val="555555"/>
          <w:sz w:val="17"/>
          <w:lang w:val="fr-FR"/>
        </w:rPr>
        <w:t>ype de financement</w:t>
      </w:r>
      <w:r>
        <w:rPr>
          <w:rFonts w:ascii="Arial" w:eastAsia="Arial" w:hAnsi="Arial"/>
          <w:i/>
          <w:color w:val="555555"/>
          <w:sz w:val="17"/>
          <w:lang w:val="fr-FR"/>
        </w:rPr>
        <w:t xml:space="preserve"> (subventions, capital, prêt bancaire, dette </w:t>
      </w:r>
      <w:r w:rsidR="00A71637">
        <w:rPr>
          <w:rFonts w:ascii="Arial" w:eastAsia="Arial" w:hAnsi="Arial"/>
          <w:i/>
          <w:color w:val="555555"/>
          <w:sz w:val="17"/>
          <w:lang w:val="fr-FR"/>
        </w:rPr>
        <w:t xml:space="preserve">privée, etc.) </w:t>
      </w:r>
      <w:r>
        <w:rPr>
          <w:rFonts w:ascii="Arial" w:eastAsia="Arial" w:hAnsi="Arial"/>
          <w:i/>
          <w:color w:val="555555"/>
          <w:sz w:val="17"/>
          <w:lang w:val="fr-FR"/>
        </w:rPr>
        <w:t xml:space="preserve">: </w:t>
      </w:r>
    </w:p>
    <w:p w14:paraId="398C624A" w14:textId="77777777" w:rsidR="003A5BDC" w:rsidRDefault="003A5BDC" w:rsidP="000C2707">
      <w:pPr>
        <w:spacing w:after="20" w:line="252" w:lineRule="auto"/>
        <w:rPr>
          <w:rFonts w:ascii="Arial" w:eastAsia="Arial" w:hAnsi="Arial"/>
          <w:i/>
          <w:color w:val="555555"/>
          <w:sz w:val="17"/>
          <w:lang w:val="fr-FR"/>
        </w:rPr>
      </w:pPr>
      <w:r>
        <w:rPr>
          <w:rFonts w:ascii="Arial" w:eastAsia="Arial" w:hAnsi="Arial"/>
          <w:i/>
          <w:color w:val="555555"/>
          <w:sz w:val="17"/>
          <w:lang w:val="fr-FR"/>
        </w:rPr>
        <w:t>M</w:t>
      </w:r>
      <w:r w:rsidR="000C2707" w:rsidRPr="00FE3E60">
        <w:rPr>
          <w:rFonts w:ascii="Arial" w:eastAsia="Arial" w:hAnsi="Arial"/>
          <w:i/>
          <w:color w:val="555555"/>
          <w:sz w:val="17"/>
          <w:lang w:val="fr-FR"/>
        </w:rPr>
        <w:t>ontant</w:t>
      </w:r>
      <w:r>
        <w:rPr>
          <w:rFonts w:ascii="Arial" w:eastAsia="Arial" w:hAnsi="Arial"/>
          <w:i/>
          <w:color w:val="555555"/>
          <w:sz w:val="17"/>
          <w:lang w:val="fr-FR"/>
        </w:rPr>
        <w:t> :</w:t>
      </w:r>
    </w:p>
    <w:p w14:paraId="2F74139A" w14:textId="7F136293" w:rsidR="000C2707" w:rsidRPr="00FE3E60" w:rsidRDefault="003A5BDC" w:rsidP="000C2707">
      <w:pPr>
        <w:spacing w:after="20" w:line="252" w:lineRule="auto"/>
        <w:rPr>
          <w:lang w:val="fr-FR"/>
        </w:rPr>
      </w:pPr>
      <w:r>
        <w:rPr>
          <w:rFonts w:ascii="Arial" w:eastAsia="Arial" w:hAnsi="Arial"/>
          <w:i/>
          <w:color w:val="555555"/>
          <w:sz w:val="17"/>
          <w:lang w:val="fr-FR"/>
        </w:rPr>
        <w:t>É</w:t>
      </w:r>
      <w:r w:rsidR="000C2707" w:rsidRPr="00FE3E60">
        <w:rPr>
          <w:rFonts w:ascii="Arial" w:eastAsia="Arial" w:hAnsi="Arial"/>
          <w:i/>
          <w:color w:val="555555"/>
          <w:sz w:val="17"/>
          <w:lang w:val="fr-FR"/>
        </w:rPr>
        <w:t xml:space="preserve">tat </w:t>
      </w:r>
      <w:r w:rsidR="00A71637">
        <w:rPr>
          <w:rFonts w:ascii="Arial" w:eastAsia="Arial" w:hAnsi="Arial"/>
          <w:i/>
          <w:color w:val="555555"/>
          <w:sz w:val="17"/>
          <w:lang w:val="fr-FR"/>
        </w:rPr>
        <w:t xml:space="preserve">d’avancement </w:t>
      </w:r>
      <w:r w:rsidR="000C2707" w:rsidRPr="00FE3E60">
        <w:rPr>
          <w:rFonts w:ascii="Arial" w:eastAsia="Arial" w:hAnsi="Arial"/>
          <w:i/>
          <w:color w:val="555555"/>
          <w:sz w:val="17"/>
          <w:lang w:val="fr-FR"/>
        </w:rPr>
        <w:t>des discussions ou négociations</w:t>
      </w:r>
      <w:r>
        <w:rPr>
          <w:rFonts w:ascii="Arial" w:eastAsia="Arial" w:hAnsi="Arial"/>
          <w:i/>
          <w:color w:val="555555"/>
          <w:sz w:val="17"/>
          <w:lang w:val="fr-FR"/>
        </w:rPr>
        <w:t xml:space="preserve"> : </w:t>
      </w:r>
    </w:p>
    <w:p w14:paraId="1DA223CC" w14:textId="77777777" w:rsidR="002F31F6" w:rsidRPr="00FE3E60" w:rsidRDefault="002F31F6" w:rsidP="002109B2">
      <w:pPr>
        <w:spacing w:before="40" w:after="20" w:line="252" w:lineRule="auto"/>
        <w:rPr>
          <w:lang w:val="fr-FR"/>
        </w:rPr>
      </w:pPr>
    </w:p>
    <w:p w14:paraId="499614A9" w14:textId="148832C3" w:rsidR="002109B2" w:rsidRPr="00FA3B8A" w:rsidRDefault="009B209D" w:rsidP="00FA3B8A">
      <w:pPr>
        <w:pStyle w:val="Paragraphedeliste"/>
        <w:numPr>
          <w:ilvl w:val="1"/>
          <w:numId w:val="11"/>
        </w:numPr>
        <w:spacing w:before="200" w:after="80" w:line="252" w:lineRule="auto"/>
        <w:rPr>
          <w:rFonts w:ascii="Arial" w:eastAsia="Arial" w:hAnsi="Arial"/>
          <w:b/>
          <w:color w:val="1F4E79"/>
          <w:sz w:val="26"/>
          <w:szCs w:val="26"/>
          <w:lang w:val="fr-FR"/>
        </w:rPr>
      </w:pPr>
      <w:r w:rsidRPr="00FA3B8A">
        <w:rPr>
          <w:rFonts w:ascii="Arial" w:eastAsia="Arial" w:hAnsi="Arial"/>
          <w:b/>
          <w:color w:val="1F4E79"/>
          <w:sz w:val="26"/>
          <w:szCs w:val="26"/>
          <w:lang w:val="fr-FR"/>
        </w:rPr>
        <w:t>Projections financi</w:t>
      </w:r>
      <w:r w:rsidR="00A90F23">
        <w:rPr>
          <w:rFonts w:ascii="Arial" w:eastAsia="Arial" w:hAnsi="Arial"/>
          <w:b/>
          <w:color w:val="1F4E79"/>
          <w:sz w:val="26"/>
          <w:szCs w:val="26"/>
          <w:lang w:val="fr-FR"/>
        </w:rPr>
        <w:t>è</w:t>
      </w:r>
      <w:r w:rsidRPr="00FA3B8A">
        <w:rPr>
          <w:rFonts w:ascii="Arial" w:eastAsia="Arial" w:hAnsi="Arial"/>
          <w:b/>
          <w:color w:val="1F4E79"/>
          <w:sz w:val="26"/>
          <w:szCs w:val="26"/>
          <w:lang w:val="fr-FR"/>
        </w:rPr>
        <w:t>res de l’entreprise</w:t>
      </w:r>
      <w:r w:rsidR="00EF6477" w:rsidRPr="00FA3B8A">
        <w:rPr>
          <w:rFonts w:ascii="Arial" w:eastAsia="Arial" w:hAnsi="Arial"/>
          <w:b/>
          <w:color w:val="1F4E79"/>
          <w:sz w:val="26"/>
          <w:szCs w:val="26"/>
          <w:lang w:val="fr-FR"/>
        </w:rPr>
        <w:t xml:space="preserve"> (</w:t>
      </w:r>
      <w:r w:rsidR="00EF6477">
        <w:rPr>
          <w:rFonts w:ascii="Arial" w:eastAsia="Arial" w:hAnsi="Arial"/>
          <w:b/>
          <w:color w:val="1F4E79"/>
          <w:sz w:val="26"/>
          <w:szCs w:val="26"/>
          <w:lang w:val="fr-FR"/>
        </w:rPr>
        <w:t>facultatif)</w:t>
      </w:r>
    </w:p>
    <w:p w14:paraId="407E2323" w14:textId="77777777" w:rsidR="002F31F6" w:rsidRPr="00FE3E60" w:rsidRDefault="002F31F6" w:rsidP="002F31F6">
      <w:pPr>
        <w:spacing w:before="40" w:after="20" w:line="252" w:lineRule="auto"/>
        <w:rPr>
          <w:lang w:val="fr-FR"/>
        </w:rPr>
      </w:pPr>
      <w:r w:rsidRPr="00FE3E60">
        <w:rPr>
          <w:rFonts w:ascii="Arial" w:eastAsia="Arial" w:hAnsi="Arial"/>
          <w:b/>
          <w:sz w:val="20"/>
          <w:lang w:val="fr-FR"/>
        </w:rPr>
        <w:t>Projections financières disponibles :</w:t>
      </w:r>
    </w:p>
    <w:p w14:paraId="4216BD59" w14:textId="77777777" w:rsidR="002F31F6" w:rsidRDefault="002F31F6" w:rsidP="002F31F6">
      <w:pPr>
        <w:spacing w:after="40" w:line="252" w:lineRule="auto"/>
        <w:rPr>
          <w:rFonts w:ascii="Arial" w:eastAsia="Arial" w:hAnsi="Arial"/>
          <w:sz w:val="18"/>
          <w:lang w:val="fr-FR"/>
        </w:rPr>
      </w:pPr>
      <w:r w:rsidRPr="00FE3E60">
        <w:rPr>
          <w:rFonts w:ascii="Segoe UI Symbol" w:eastAsia="Arial" w:hAnsi="Segoe UI Symbol" w:cs="Segoe UI Symbol"/>
          <w:sz w:val="18"/>
          <w:lang w:val="fr-FR"/>
        </w:rPr>
        <w:t>☐</w:t>
      </w:r>
      <w:r w:rsidRPr="00FE3E60">
        <w:rPr>
          <w:rFonts w:ascii="Arial" w:eastAsia="Arial" w:hAnsi="Arial"/>
          <w:sz w:val="18"/>
          <w:lang w:val="fr-FR"/>
        </w:rPr>
        <w:t xml:space="preserve"> Oui    </w:t>
      </w:r>
      <w:r w:rsidRPr="00FE3E60">
        <w:rPr>
          <w:rFonts w:ascii="Segoe UI Symbol" w:eastAsia="Arial" w:hAnsi="Segoe UI Symbol" w:cs="Segoe UI Symbol"/>
          <w:sz w:val="18"/>
          <w:lang w:val="fr-FR"/>
        </w:rPr>
        <w:t>☐</w:t>
      </w:r>
      <w:r w:rsidRPr="00FE3E60">
        <w:rPr>
          <w:rFonts w:ascii="Arial" w:eastAsia="Arial" w:hAnsi="Arial"/>
          <w:sz w:val="18"/>
          <w:lang w:val="fr-FR"/>
        </w:rPr>
        <w:t xml:space="preserve"> Non    </w:t>
      </w:r>
      <w:r w:rsidRPr="00FE3E60">
        <w:rPr>
          <w:rFonts w:ascii="Segoe UI Symbol" w:eastAsia="Arial" w:hAnsi="Segoe UI Symbol" w:cs="Segoe UI Symbol"/>
          <w:sz w:val="18"/>
          <w:lang w:val="fr-FR"/>
        </w:rPr>
        <w:t>☐</w:t>
      </w:r>
      <w:r w:rsidRPr="00FE3E60">
        <w:rPr>
          <w:rFonts w:ascii="Arial" w:eastAsia="Arial" w:hAnsi="Arial"/>
          <w:sz w:val="18"/>
          <w:lang w:val="fr-FR"/>
        </w:rPr>
        <w:t xml:space="preserve"> En cours</w:t>
      </w:r>
    </w:p>
    <w:p w14:paraId="775E3E2F" w14:textId="77777777" w:rsidR="00F751A6" w:rsidRDefault="00F751A6" w:rsidP="002F31F6">
      <w:pPr>
        <w:spacing w:after="40" w:line="252" w:lineRule="auto"/>
        <w:rPr>
          <w:rFonts w:ascii="Arial" w:eastAsia="Arial" w:hAnsi="Arial"/>
          <w:sz w:val="18"/>
          <w:lang w:val="fr-FR"/>
        </w:rPr>
      </w:pPr>
    </w:p>
    <w:p w14:paraId="03A94786" w14:textId="2DD8A038" w:rsidR="00F751A6" w:rsidRDefault="00191204" w:rsidP="00FA3B8A">
      <w:pPr>
        <w:spacing w:after="0"/>
        <w:rPr>
          <w:rFonts w:ascii="Arial" w:eastAsia="Arial" w:hAnsi="Arial"/>
          <w:b/>
          <w:sz w:val="20"/>
          <w:lang w:val="fr-FR"/>
        </w:rPr>
      </w:pPr>
      <w:r>
        <w:rPr>
          <w:rFonts w:ascii="Arial" w:eastAsia="Arial" w:hAnsi="Arial"/>
          <w:b/>
          <w:sz w:val="20"/>
          <w:lang w:val="fr-FR"/>
        </w:rPr>
        <w:t>Si oui, sur combien de temps</w:t>
      </w:r>
      <w:r w:rsidR="00615948">
        <w:rPr>
          <w:rFonts w:ascii="Arial" w:eastAsia="Arial" w:hAnsi="Arial"/>
          <w:b/>
          <w:sz w:val="20"/>
          <w:lang w:val="fr-FR"/>
        </w:rPr>
        <w:t xml:space="preserve"> : </w:t>
      </w:r>
    </w:p>
    <w:p w14:paraId="2C798C90" w14:textId="726926AF" w:rsidR="00F751A6" w:rsidRPr="00FA3B8A" w:rsidRDefault="00F751A6" w:rsidP="00FA3B8A">
      <w:pPr>
        <w:spacing w:after="20" w:line="252" w:lineRule="auto"/>
        <w:rPr>
          <w:rFonts w:ascii="Arial" w:eastAsia="Arial" w:hAnsi="Arial"/>
          <w:i/>
          <w:color w:val="555555"/>
          <w:sz w:val="17"/>
          <w:lang w:val="fr-FR"/>
        </w:rPr>
      </w:pPr>
      <w:r w:rsidRPr="00FA3B8A">
        <w:rPr>
          <w:rFonts w:ascii="Arial" w:eastAsia="Arial" w:hAnsi="Arial"/>
          <w:i/>
          <w:color w:val="555555"/>
          <w:sz w:val="17"/>
          <w:lang w:val="fr-FR"/>
        </w:rPr>
        <w:t>3 ans, 5 ans, etc.</w:t>
      </w:r>
    </w:p>
    <w:p w14:paraId="36E06EEE" w14:textId="274FACBA" w:rsidR="00615948" w:rsidRDefault="00615948" w:rsidP="002109B2">
      <w:pPr>
        <w:spacing w:before="40" w:after="20" w:line="252" w:lineRule="auto"/>
        <w:rPr>
          <w:rFonts w:ascii="Arial" w:eastAsia="Arial" w:hAnsi="Arial"/>
          <w:b/>
          <w:sz w:val="20"/>
          <w:lang w:val="fr-FR"/>
        </w:rPr>
      </w:pPr>
    </w:p>
    <w:p w14:paraId="5978D289" w14:textId="5490DB36" w:rsidR="00615948" w:rsidRPr="00FE3E60" w:rsidRDefault="00615948" w:rsidP="002109B2">
      <w:pPr>
        <w:spacing w:before="40" w:after="20" w:line="252" w:lineRule="auto"/>
        <w:rPr>
          <w:lang w:val="fr-FR"/>
        </w:rPr>
      </w:pPr>
      <w:r>
        <w:rPr>
          <w:lang w:val="fr-FR"/>
        </w:rPr>
        <w:t xml:space="preserve">[Télécharger </w:t>
      </w:r>
      <w:r w:rsidR="00F751A6">
        <w:rPr>
          <w:lang w:val="fr-FR"/>
        </w:rPr>
        <w:t>les projections financières si disponibles]</w:t>
      </w:r>
    </w:p>
    <w:p w14:paraId="46E4F7BF" w14:textId="625BA609" w:rsidR="00361D81" w:rsidRDefault="00361D81">
      <w:pPr>
        <w:rPr>
          <w:b/>
          <w:bCs/>
          <w:color w:val="4F81BD" w:themeColor="accent1"/>
          <w:sz w:val="40"/>
          <w:szCs w:val="48"/>
          <w:lang w:val="fr-FR"/>
        </w:rPr>
      </w:pPr>
      <w:r>
        <w:rPr>
          <w:b/>
          <w:bCs/>
          <w:color w:val="4F81BD" w:themeColor="accent1"/>
          <w:sz w:val="40"/>
          <w:szCs w:val="48"/>
          <w:lang w:val="fr-FR"/>
        </w:rPr>
        <w:br w:type="page"/>
      </w:r>
    </w:p>
    <w:p w14:paraId="7E373A54" w14:textId="2CF82660" w:rsidR="007E72B5" w:rsidRPr="00FA3B8A" w:rsidRDefault="007E72B5" w:rsidP="00FA3B8A">
      <w:pPr>
        <w:pStyle w:val="Paragraphedeliste"/>
        <w:numPr>
          <w:ilvl w:val="0"/>
          <w:numId w:val="12"/>
        </w:numPr>
        <w:rPr>
          <w:b/>
          <w:bCs/>
          <w:color w:val="4F81BD" w:themeColor="accent1"/>
          <w:sz w:val="40"/>
          <w:szCs w:val="48"/>
          <w:lang w:val="fr-FR"/>
        </w:rPr>
      </w:pPr>
      <w:r w:rsidRPr="00FA3B8A">
        <w:rPr>
          <w:b/>
          <w:bCs/>
          <w:color w:val="4F81BD" w:themeColor="accent1"/>
          <w:sz w:val="40"/>
          <w:szCs w:val="48"/>
          <w:lang w:val="fr-FR"/>
        </w:rPr>
        <w:lastRenderedPageBreak/>
        <w:t xml:space="preserve">Le porteur de projet </w:t>
      </w:r>
    </w:p>
    <w:p w14:paraId="27C59C48" w14:textId="77777777" w:rsidR="007E72B5" w:rsidRDefault="007E72B5" w:rsidP="007E72B5">
      <w:pPr>
        <w:spacing w:after="80" w:line="252" w:lineRule="auto"/>
        <w:rPr>
          <w:rFonts w:eastAsia="Times New Roman" w:cs="Calibri"/>
          <w:i/>
          <w:iCs/>
          <w:sz w:val="22"/>
          <w:lang w:val="fr-FR"/>
        </w:rPr>
      </w:pPr>
      <w:r>
        <w:rPr>
          <w:rFonts w:eastAsia="Times New Roman" w:cs="Calibri"/>
          <w:i/>
          <w:iCs/>
          <w:sz w:val="22"/>
          <w:lang w:val="fr-FR"/>
        </w:rPr>
        <w:t>Le porteur de projet est le membre désigné de l'équipe dirigeante de l'entreprise bénéficiaire qui assume la responsabilité principale de l'engagement de l'entreprise dans le programme d'accélération. Il constitue l'interlocuteur privilégié de l'équipe d'accélération et bénéficie directement de l'appui technique fourni dans le cadre du programme. À ce titre, il est chargé de traduire les recommandations et outils transmis par les accélérateurs en actions concrètes au sein de l'entreprise, de mobiliser les ressources internes nécessaires à leur mise en œuvre, et de rendre compte des progrès réalisés. Le porteur doit disposer d'une autorité suffisante au sein de l'entreprise pour prendre des décisions ou en faciliter la prise, et doit être en mesure de consacrer le temps nécessaire aux activités du programme</w:t>
      </w:r>
    </w:p>
    <w:p w14:paraId="6309420F" w14:textId="77777777" w:rsidR="007E72B5" w:rsidRDefault="007E72B5" w:rsidP="007E72B5">
      <w:pPr>
        <w:spacing w:after="80" w:line="252" w:lineRule="auto"/>
        <w:rPr>
          <w:rFonts w:eastAsia="Times New Roman" w:cs="Calibri"/>
          <w:i/>
          <w:iCs/>
          <w:lang w:val="fr-FR"/>
        </w:rPr>
      </w:pPr>
    </w:p>
    <w:tbl>
      <w:tblPr>
        <w:tblStyle w:val="Grilledutableau"/>
        <w:tblW w:w="0" w:type="auto"/>
        <w:jc w:val="center"/>
        <w:tblLook w:val="04A0" w:firstRow="1" w:lastRow="0" w:firstColumn="1" w:lastColumn="0" w:noHBand="0" w:noVBand="1"/>
      </w:tblPr>
      <w:tblGrid>
        <w:gridCol w:w="2154"/>
        <w:gridCol w:w="6973"/>
      </w:tblGrid>
      <w:tr w:rsidR="007E72B5" w:rsidRPr="007E5211" w14:paraId="0995BDF2" w14:textId="77777777" w:rsidTr="007E5211">
        <w:trPr>
          <w:trHeight w:val="312"/>
          <w:jc w:val="center"/>
        </w:trPr>
        <w:tc>
          <w:tcPr>
            <w:tcW w:w="2154"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7538135C" w14:textId="77777777" w:rsidR="007E72B5" w:rsidRPr="007E5211" w:rsidRDefault="007E72B5" w:rsidP="007E5211">
            <w:pPr>
              <w:spacing w:line="252" w:lineRule="auto"/>
              <w:rPr>
                <w:b/>
                <w:bCs/>
                <w:lang w:val="fr-FR"/>
              </w:rPr>
            </w:pPr>
            <w:r w:rsidRPr="007E5211">
              <w:rPr>
                <w:b/>
                <w:sz w:val="21"/>
                <w:lang w:val="fr-FR"/>
              </w:rPr>
              <w:t>Nom et prénom du porteur de projet*</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034BAF6E" w14:textId="77777777" w:rsidR="007E72B5" w:rsidRPr="00FE3E60" w:rsidRDefault="007E72B5" w:rsidP="007E5211">
            <w:pPr>
              <w:rPr>
                <w:lang w:val="fr-FR"/>
              </w:rPr>
            </w:pPr>
          </w:p>
        </w:tc>
      </w:tr>
      <w:tr w:rsidR="007E72B5" w14:paraId="45E0D7E8" w14:textId="77777777" w:rsidTr="007E5211">
        <w:trPr>
          <w:trHeight w:val="312"/>
          <w:jc w:val="center"/>
        </w:trPr>
        <w:tc>
          <w:tcPr>
            <w:tcW w:w="2154"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50A49C1F" w14:textId="19AC4A17" w:rsidR="007E72B5" w:rsidRDefault="007E72B5" w:rsidP="007E5211">
            <w:pPr>
              <w:spacing w:line="252" w:lineRule="auto"/>
            </w:pPr>
            <w:proofErr w:type="spellStart"/>
            <w:r>
              <w:rPr>
                <w:b/>
                <w:sz w:val="21"/>
              </w:rPr>
              <w:t>Fonction</w:t>
            </w:r>
            <w:proofErr w:type="spellEnd"/>
            <w:r>
              <w:rPr>
                <w:b/>
                <w:sz w:val="21"/>
              </w:rPr>
              <w:t xml:space="preserve"> dans </w:t>
            </w:r>
            <w:proofErr w:type="spellStart"/>
            <w:r>
              <w:rPr>
                <w:b/>
                <w:sz w:val="21"/>
              </w:rPr>
              <w:t>l’entreprise</w:t>
            </w:r>
            <w:proofErr w:type="spellEnd"/>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56062C5D" w14:textId="77777777" w:rsidR="007E72B5" w:rsidRDefault="007E72B5" w:rsidP="007E5211"/>
        </w:tc>
      </w:tr>
      <w:tr w:rsidR="007E72B5" w14:paraId="1B3F7AB6" w14:textId="77777777" w:rsidTr="007E5211">
        <w:trPr>
          <w:trHeight w:val="312"/>
          <w:jc w:val="center"/>
        </w:trPr>
        <w:tc>
          <w:tcPr>
            <w:tcW w:w="2154"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71A64C5B" w14:textId="3AB7AFC6" w:rsidR="007E72B5" w:rsidRDefault="007E72B5" w:rsidP="007E5211">
            <w:pPr>
              <w:spacing w:line="252" w:lineRule="auto"/>
            </w:pPr>
            <w:r>
              <w:rPr>
                <w:b/>
                <w:sz w:val="21"/>
              </w:rPr>
              <w:t>Date de naissance</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13CC2F4E" w14:textId="77777777" w:rsidR="007E72B5" w:rsidRDefault="007E72B5" w:rsidP="007E5211">
            <w:r>
              <w:t>DD/MM/AAAA</w:t>
            </w:r>
          </w:p>
        </w:tc>
      </w:tr>
      <w:tr w:rsidR="007E72B5" w14:paraId="4C2D5848" w14:textId="77777777" w:rsidTr="007E5211">
        <w:trPr>
          <w:trHeight w:val="312"/>
          <w:jc w:val="center"/>
        </w:trPr>
        <w:tc>
          <w:tcPr>
            <w:tcW w:w="2154"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6D535482" w14:textId="7DBD817E" w:rsidR="007E72B5" w:rsidRDefault="007E72B5" w:rsidP="007E5211">
            <w:pPr>
              <w:spacing w:line="252" w:lineRule="auto"/>
            </w:pPr>
            <w:r>
              <w:rPr>
                <w:b/>
                <w:sz w:val="21"/>
              </w:rPr>
              <w:t xml:space="preserve">CIN </w:t>
            </w:r>
            <w:proofErr w:type="spellStart"/>
            <w:r>
              <w:rPr>
                <w:b/>
                <w:sz w:val="21"/>
              </w:rPr>
              <w:t>ou</w:t>
            </w:r>
            <w:proofErr w:type="spellEnd"/>
            <w:r>
              <w:rPr>
                <w:b/>
                <w:sz w:val="21"/>
              </w:rPr>
              <w:t xml:space="preserve"> </w:t>
            </w:r>
            <w:proofErr w:type="spellStart"/>
            <w:r>
              <w:rPr>
                <w:b/>
                <w:sz w:val="21"/>
              </w:rPr>
              <w:t>passeport</w:t>
            </w:r>
            <w:proofErr w:type="spellEnd"/>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30DDE881" w14:textId="77777777" w:rsidR="007E72B5" w:rsidRDefault="007E72B5" w:rsidP="007E5211"/>
        </w:tc>
      </w:tr>
      <w:tr w:rsidR="007E72B5" w14:paraId="6321FACB" w14:textId="77777777" w:rsidTr="007E5211">
        <w:trPr>
          <w:trHeight w:val="312"/>
          <w:jc w:val="center"/>
        </w:trPr>
        <w:tc>
          <w:tcPr>
            <w:tcW w:w="2154"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02A09D93" w14:textId="2DDB9DA3" w:rsidR="007E72B5" w:rsidRDefault="007E72B5" w:rsidP="007E5211">
            <w:pPr>
              <w:spacing w:line="252" w:lineRule="auto"/>
            </w:pPr>
            <w:proofErr w:type="spellStart"/>
            <w:r>
              <w:rPr>
                <w:b/>
                <w:sz w:val="21"/>
              </w:rPr>
              <w:t>Téléphone</w:t>
            </w:r>
            <w:proofErr w:type="spellEnd"/>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66C9B497" w14:textId="77777777" w:rsidR="007E72B5" w:rsidRDefault="007E72B5" w:rsidP="007E5211"/>
        </w:tc>
      </w:tr>
      <w:tr w:rsidR="007E72B5" w:rsidRPr="00761690" w14:paraId="38F465A4" w14:textId="77777777" w:rsidTr="007E5211">
        <w:trPr>
          <w:trHeight w:val="312"/>
          <w:jc w:val="center"/>
        </w:trPr>
        <w:tc>
          <w:tcPr>
            <w:tcW w:w="2154" w:type="dxa"/>
            <w:tcBorders>
              <w:top w:val="single" w:sz="6" w:space="0" w:color="D9E2EC"/>
              <w:left w:val="single" w:sz="6" w:space="0" w:color="D9E2EC"/>
              <w:bottom w:val="single" w:sz="6" w:space="0" w:color="D9E2EC"/>
              <w:right w:val="single" w:sz="6" w:space="0" w:color="D9E2EC"/>
            </w:tcBorders>
            <w:shd w:val="clear" w:color="auto" w:fill="EEF2F7"/>
            <w:tcMar>
              <w:top w:w="80" w:type="dxa"/>
              <w:left w:w="80" w:type="dxa"/>
              <w:bottom w:w="80" w:type="dxa"/>
              <w:right w:w="80" w:type="dxa"/>
            </w:tcMar>
            <w:vAlign w:val="center"/>
          </w:tcPr>
          <w:p w14:paraId="299F2AD8" w14:textId="2858DCBF" w:rsidR="007E72B5" w:rsidRDefault="007E72B5" w:rsidP="007E5211">
            <w:pPr>
              <w:spacing w:line="252" w:lineRule="auto"/>
              <w:rPr>
                <w:color w:val="FF0000"/>
                <w:sz w:val="21"/>
                <w:lang w:val="fr-FR"/>
              </w:rPr>
            </w:pPr>
            <w:r w:rsidRPr="007E5211">
              <w:rPr>
                <w:b/>
                <w:sz w:val="21"/>
                <w:lang w:val="fr-FR"/>
              </w:rPr>
              <w:t>E-mail</w:t>
            </w:r>
          </w:p>
          <w:p w14:paraId="5A3B65ED" w14:textId="6A874382" w:rsidR="007E72B5" w:rsidRPr="00FA3B8A" w:rsidRDefault="007E72B5" w:rsidP="007E5211">
            <w:pPr>
              <w:spacing w:line="252" w:lineRule="auto"/>
              <w:rPr>
                <w:lang w:val="fr-FR"/>
              </w:rPr>
            </w:pPr>
            <w:r w:rsidRPr="007E5211">
              <w:rPr>
                <w:i/>
                <w:iCs/>
                <w:lang w:val="fr-FR"/>
              </w:rPr>
              <w:t xml:space="preserve">Les informations relatives au programme vous seront transmises exclusivement à cette adresse email. </w:t>
            </w:r>
            <w:r w:rsidR="00A90F23" w:rsidRPr="00A90F23">
              <w:rPr>
                <w:i/>
                <w:iCs/>
                <w:lang w:val="fr-FR"/>
              </w:rPr>
              <w:t>Veuillez-vous</w:t>
            </w:r>
            <w:r w:rsidRPr="00FA3B8A">
              <w:rPr>
                <w:i/>
                <w:iCs/>
                <w:lang w:val="fr-FR"/>
              </w:rPr>
              <w:t xml:space="preserve"> assurer qu'elle est correcte et régulièrement consultée.</w:t>
            </w:r>
          </w:p>
        </w:tc>
        <w:tc>
          <w:tcPr>
            <w:tcW w:w="697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33C21D8C" w14:textId="77777777" w:rsidR="007E72B5" w:rsidRPr="00FA3B8A" w:rsidRDefault="007E72B5" w:rsidP="007E5211">
            <w:pPr>
              <w:rPr>
                <w:lang w:val="fr-FR"/>
              </w:rPr>
            </w:pPr>
          </w:p>
        </w:tc>
      </w:tr>
    </w:tbl>
    <w:p w14:paraId="7B324A13" w14:textId="77777777" w:rsidR="00C12438" w:rsidRDefault="00C12438" w:rsidP="007E72B5">
      <w:pPr>
        <w:rPr>
          <w:lang w:val="fr-FR"/>
        </w:rPr>
      </w:pPr>
    </w:p>
    <w:p w14:paraId="12EC1FFE" w14:textId="0D1A8633" w:rsidR="007E72B5" w:rsidRDefault="00C12438" w:rsidP="007E72B5">
      <w:pPr>
        <w:rPr>
          <w:lang w:val="fr-FR"/>
        </w:rPr>
      </w:pPr>
      <w:r>
        <w:rPr>
          <w:lang w:val="fr-FR"/>
        </w:rPr>
        <w:t>[Joindre le CV du Porteur de projet]</w:t>
      </w:r>
      <w:r w:rsidR="007E72B5">
        <w:rPr>
          <w:lang w:val="fr-FR"/>
        </w:rPr>
        <w:br w:type="page"/>
      </w:r>
    </w:p>
    <w:p w14:paraId="5F00F418" w14:textId="6235B0C9" w:rsidR="00940861" w:rsidRPr="00FA3B8A" w:rsidRDefault="00940861">
      <w:pPr>
        <w:spacing w:after="0" w:line="252" w:lineRule="auto"/>
        <w:rPr>
          <w:rFonts w:ascii="Arial" w:eastAsia="Arial" w:hAnsi="Arial"/>
          <w:sz w:val="17"/>
          <w:lang w:val="fr-FR"/>
        </w:rPr>
      </w:pPr>
    </w:p>
    <w:p w14:paraId="5FD0C4BF" w14:textId="45360314" w:rsidR="00940861" w:rsidRPr="00FA3B8A" w:rsidRDefault="00940861" w:rsidP="00FA3B8A">
      <w:pPr>
        <w:pStyle w:val="Paragraphedeliste"/>
        <w:numPr>
          <w:ilvl w:val="0"/>
          <w:numId w:val="12"/>
        </w:numPr>
        <w:rPr>
          <w:b/>
          <w:bCs/>
          <w:color w:val="4F81BD" w:themeColor="accent1"/>
          <w:sz w:val="40"/>
          <w:szCs w:val="48"/>
          <w:lang w:val="fr-FR"/>
        </w:rPr>
      </w:pPr>
      <w:r w:rsidRPr="00FA3B8A">
        <w:rPr>
          <w:b/>
          <w:bCs/>
          <w:color w:val="4F81BD" w:themeColor="accent1"/>
          <w:sz w:val="40"/>
          <w:szCs w:val="48"/>
          <w:lang w:val="fr-FR"/>
        </w:rPr>
        <w:t xml:space="preserve">Objectifs spécifiques au Programme </w:t>
      </w:r>
      <w:proofErr w:type="spellStart"/>
      <w:r w:rsidRPr="00FA3B8A">
        <w:rPr>
          <w:b/>
          <w:bCs/>
          <w:color w:val="4F81BD" w:themeColor="accent1"/>
          <w:sz w:val="40"/>
          <w:szCs w:val="48"/>
          <w:lang w:val="fr-FR"/>
        </w:rPr>
        <w:t>Accélereo</w:t>
      </w:r>
      <w:proofErr w:type="spellEnd"/>
    </w:p>
    <w:p w14:paraId="0B6D1DE4" w14:textId="03E2A389" w:rsidR="00940861" w:rsidRDefault="00940861" w:rsidP="00226079">
      <w:pPr>
        <w:spacing w:before="40" w:after="20" w:line="252" w:lineRule="auto"/>
        <w:rPr>
          <w:rFonts w:ascii="Arial" w:eastAsia="Arial" w:hAnsi="Arial"/>
          <w:b/>
          <w:bCs/>
          <w:sz w:val="20"/>
          <w:lang w:val="fr-FR"/>
        </w:rPr>
      </w:pPr>
      <w:r w:rsidRPr="005A68E3">
        <w:rPr>
          <w:rFonts w:ascii="Arial" w:eastAsia="Arial" w:hAnsi="Arial"/>
          <w:b/>
          <w:bCs/>
          <w:sz w:val="20"/>
          <w:lang w:val="fr-FR"/>
        </w:rPr>
        <w:t xml:space="preserve">Objectif prioritaire visé dans le cadre du </w:t>
      </w:r>
      <w:r>
        <w:rPr>
          <w:rFonts w:ascii="Arial" w:eastAsia="Arial" w:hAnsi="Arial"/>
          <w:b/>
          <w:bCs/>
          <w:sz w:val="20"/>
          <w:lang w:val="fr-FR"/>
        </w:rPr>
        <w:t>P</w:t>
      </w:r>
      <w:r w:rsidRPr="005A68E3">
        <w:rPr>
          <w:rFonts w:ascii="Arial" w:eastAsia="Arial" w:hAnsi="Arial"/>
          <w:b/>
          <w:bCs/>
          <w:sz w:val="20"/>
          <w:lang w:val="fr-FR"/>
        </w:rPr>
        <w:t xml:space="preserve">rogramme </w:t>
      </w:r>
      <w:proofErr w:type="spellStart"/>
      <w:r w:rsidRPr="005A68E3">
        <w:rPr>
          <w:rFonts w:ascii="Arial" w:eastAsia="Arial" w:hAnsi="Arial"/>
          <w:b/>
          <w:bCs/>
          <w:sz w:val="20"/>
          <w:lang w:val="fr-FR"/>
        </w:rPr>
        <w:t>Accélereo</w:t>
      </w:r>
      <w:proofErr w:type="spellEnd"/>
      <w:r w:rsidRPr="005A68E3">
        <w:rPr>
          <w:rFonts w:ascii="Arial" w:eastAsia="Arial" w:hAnsi="Arial"/>
          <w:b/>
          <w:bCs/>
          <w:sz w:val="20"/>
          <w:lang w:val="fr-FR"/>
        </w:rPr>
        <w:t xml:space="preserve"> :</w:t>
      </w:r>
    </w:p>
    <w:p w14:paraId="413CB32F" w14:textId="520BC60F" w:rsidR="00226079" w:rsidRDefault="00A90F23" w:rsidP="00226079">
      <w:pPr>
        <w:spacing w:before="40" w:after="20" w:line="252" w:lineRule="auto"/>
        <w:rPr>
          <w:rFonts w:ascii="Arial" w:eastAsia="Arial" w:hAnsi="Arial"/>
          <w:sz w:val="17"/>
        </w:rPr>
      </w:pPr>
      <w:r>
        <w:rPr>
          <w:rFonts w:ascii="Arial" w:eastAsia="Arial" w:hAnsi="Arial"/>
          <w:sz w:val="17"/>
        </w:rPr>
        <w:t>______________________________________________________________________________________________________________</w:t>
      </w:r>
    </w:p>
    <w:p w14:paraId="28BA1095" w14:textId="3BB3AE4B" w:rsidR="00A90F23" w:rsidRDefault="00A90F23" w:rsidP="00226079">
      <w:pPr>
        <w:spacing w:before="40" w:after="20" w:line="252" w:lineRule="auto"/>
        <w:rPr>
          <w:rFonts w:ascii="Arial" w:eastAsia="Arial" w:hAnsi="Arial"/>
          <w:sz w:val="17"/>
        </w:rPr>
      </w:pPr>
      <w:r>
        <w:rPr>
          <w:rFonts w:ascii="Arial" w:eastAsia="Arial" w:hAnsi="Arial"/>
          <w:sz w:val="17"/>
        </w:rPr>
        <w:t>______________________________________________________________________________________________________________</w:t>
      </w:r>
    </w:p>
    <w:p w14:paraId="77324D3B" w14:textId="39C57A82" w:rsidR="00A90F23" w:rsidRDefault="00A90F23" w:rsidP="00226079">
      <w:pPr>
        <w:spacing w:before="40" w:after="20" w:line="252" w:lineRule="auto"/>
        <w:rPr>
          <w:lang w:val="fr-FR"/>
        </w:rPr>
      </w:pPr>
      <w:r>
        <w:rPr>
          <w:rFonts w:ascii="Arial" w:eastAsia="Arial" w:hAnsi="Arial"/>
          <w:sz w:val="17"/>
        </w:rPr>
        <w:t>______________________________________________________________________________________________________________</w:t>
      </w:r>
    </w:p>
    <w:p w14:paraId="37921852" w14:textId="7B9D8704" w:rsidR="00E05FF0" w:rsidRPr="007F1890" w:rsidRDefault="007F1890" w:rsidP="00FA3B8A">
      <w:pPr>
        <w:pStyle w:val="Titre2"/>
        <w:numPr>
          <w:ilvl w:val="1"/>
          <w:numId w:val="12"/>
        </w:numPr>
        <w:rPr>
          <w:lang w:val="fr-FR"/>
        </w:rPr>
      </w:pPr>
      <w:r>
        <w:rPr>
          <w:lang w:val="fr-FR"/>
        </w:rPr>
        <w:t xml:space="preserve">Attentes vis-à-vis des accélérateurs </w:t>
      </w:r>
    </w:p>
    <w:p w14:paraId="74206A86" w14:textId="69C46516" w:rsidR="00940861" w:rsidRPr="00FE3E60" w:rsidRDefault="00940861" w:rsidP="00940861">
      <w:pPr>
        <w:spacing w:before="40" w:after="20" w:line="252" w:lineRule="auto"/>
        <w:rPr>
          <w:lang w:val="fr-FR"/>
        </w:rPr>
      </w:pPr>
      <w:r w:rsidRPr="00FE3E60">
        <w:rPr>
          <w:rFonts w:ascii="Arial" w:eastAsia="Arial" w:hAnsi="Arial"/>
          <w:b/>
          <w:sz w:val="20"/>
          <w:lang w:val="fr-FR"/>
        </w:rPr>
        <w:t>Attentes principales vis-à-vis de</w:t>
      </w:r>
      <w:r w:rsidR="00CC01B3">
        <w:rPr>
          <w:rFonts w:ascii="Arial" w:eastAsia="Arial" w:hAnsi="Arial"/>
          <w:b/>
          <w:sz w:val="20"/>
          <w:lang w:val="fr-FR"/>
        </w:rPr>
        <w:t>s</w:t>
      </w:r>
      <w:r w:rsidRPr="00FE3E60">
        <w:rPr>
          <w:rFonts w:ascii="Arial" w:eastAsia="Arial" w:hAnsi="Arial"/>
          <w:b/>
          <w:sz w:val="20"/>
          <w:lang w:val="fr-FR"/>
        </w:rPr>
        <w:t xml:space="preserve"> accélérateur</w:t>
      </w:r>
      <w:r w:rsidR="00CC01B3">
        <w:rPr>
          <w:rFonts w:ascii="Arial" w:eastAsia="Arial" w:hAnsi="Arial"/>
          <w:b/>
          <w:sz w:val="20"/>
          <w:lang w:val="fr-FR"/>
        </w:rPr>
        <w:t>s</w:t>
      </w:r>
      <w:r w:rsidRPr="00FE3E60">
        <w:rPr>
          <w:rFonts w:ascii="Arial" w:eastAsia="Arial" w:hAnsi="Arial"/>
          <w:b/>
          <w:sz w:val="20"/>
          <w:lang w:val="fr-FR"/>
        </w:rPr>
        <w:t xml:space="preserve"> :</w:t>
      </w:r>
    </w:p>
    <w:p w14:paraId="1AA38773" w14:textId="77777777" w:rsidR="00940861" w:rsidRDefault="00940861" w:rsidP="00940861">
      <w:pPr>
        <w:spacing w:after="20" w:line="252" w:lineRule="auto"/>
        <w:rPr>
          <w:rFonts w:ascii="Arial" w:eastAsia="Arial" w:hAnsi="Arial"/>
          <w:i/>
          <w:color w:val="555555"/>
          <w:sz w:val="17"/>
          <w:lang w:val="fr-FR"/>
        </w:rPr>
      </w:pPr>
      <w:r w:rsidRPr="00FE3E60">
        <w:rPr>
          <w:rFonts w:ascii="Arial" w:eastAsia="Arial" w:hAnsi="Arial"/>
          <w:i/>
          <w:color w:val="555555"/>
          <w:sz w:val="17"/>
          <w:lang w:val="fr-FR"/>
        </w:rPr>
        <w:t>Orientation stratégique, accès au marché, structuration, levée de fonds, mise en relation, renforcement des capacités, etc.</w:t>
      </w:r>
    </w:p>
    <w:p w14:paraId="571A0527" w14:textId="4C7A1C29" w:rsidR="00A90F23" w:rsidRPr="00FA3B8A" w:rsidRDefault="00A90F23" w:rsidP="00940861">
      <w:pPr>
        <w:spacing w:after="20" w:line="252" w:lineRule="auto"/>
        <w:rPr>
          <w:rFonts w:ascii="Arial" w:eastAsia="Arial" w:hAnsi="Arial"/>
          <w:sz w:val="17"/>
        </w:rPr>
      </w:pPr>
      <w:r>
        <w:rPr>
          <w:rFonts w:ascii="Arial" w:eastAsia="Arial" w:hAnsi="Arial"/>
          <w:sz w:val="17"/>
        </w:rPr>
        <w:t>______________________________________________________________________________________________________________________________________________________________________________________________________________________________</w:t>
      </w:r>
    </w:p>
    <w:p w14:paraId="00A2A4AD" w14:textId="77777777" w:rsidR="00A90F23" w:rsidRDefault="00A90F23" w:rsidP="00E53866">
      <w:pPr>
        <w:spacing w:before="40" w:after="20" w:line="252" w:lineRule="auto"/>
        <w:rPr>
          <w:rFonts w:ascii="Arial" w:eastAsia="Arial" w:hAnsi="Arial"/>
          <w:b/>
          <w:sz w:val="20"/>
          <w:lang w:val="fr-FR"/>
        </w:rPr>
      </w:pPr>
    </w:p>
    <w:p w14:paraId="74BDA41D" w14:textId="693A6787" w:rsidR="00E53866" w:rsidRPr="00FE3E60" w:rsidRDefault="00E53866" w:rsidP="00E53866">
      <w:pPr>
        <w:spacing w:before="40" w:after="20" w:line="252" w:lineRule="auto"/>
        <w:rPr>
          <w:lang w:val="fr-FR"/>
        </w:rPr>
      </w:pPr>
      <w:r w:rsidRPr="00FE3E60">
        <w:rPr>
          <w:rFonts w:ascii="Arial" w:eastAsia="Arial" w:hAnsi="Arial"/>
          <w:b/>
          <w:sz w:val="20"/>
          <w:lang w:val="fr-FR"/>
        </w:rPr>
        <w:t>Domaines d’accompagnement prioritaires :</w:t>
      </w:r>
    </w:p>
    <w:p w14:paraId="2A4DE685" w14:textId="2E04969B" w:rsidR="00E53866" w:rsidRDefault="00E53866" w:rsidP="00E53866">
      <w:pPr>
        <w:spacing w:after="40" w:line="252" w:lineRule="auto"/>
        <w:rPr>
          <w:rFonts w:ascii="Arial" w:eastAsia="Arial" w:hAnsi="Arial"/>
          <w:sz w:val="18"/>
          <w:lang w:val="fr-FR"/>
        </w:rPr>
      </w:pPr>
      <w:r w:rsidRPr="00FE3E60">
        <w:rPr>
          <w:rFonts w:ascii="Arial" w:eastAsia="Arial" w:hAnsi="Arial"/>
          <w:sz w:val="18"/>
          <w:lang w:val="fr-FR"/>
        </w:rPr>
        <w:t>☐ Levée de fonds    ☐ Stratégie commerciale    ☐ Structuration financière    ☐ Gouvernance    ☐ Organisation interne    ☐ Marketing    ☐ Accès au marché    ☐ Digitalisation    ☐ Productivité    ☐ Mise en relation avec investisseurs    ☐ Exportation    ☐ Autre</w:t>
      </w:r>
    </w:p>
    <w:p w14:paraId="0112960C" w14:textId="77777777" w:rsidR="00A90F23" w:rsidRPr="00FE3E60" w:rsidRDefault="00A90F23" w:rsidP="00E53866">
      <w:pPr>
        <w:spacing w:after="40" w:line="252" w:lineRule="auto"/>
        <w:rPr>
          <w:lang w:val="fr-FR"/>
        </w:rPr>
      </w:pPr>
    </w:p>
    <w:p w14:paraId="09914B12" w14:textId="77777777" w:rsidR="00E53866" w:rsidRPr="00FE3E60" w:rsidRDefault="00E53866" w:rsidP="00E53866">
      <w:pPr>
        <w:spacing w:before="40" w:after="20" w:line="252" w:lineRule="auto"/>
        <w:rPr>
          <w:lang w:val="fr-FR"/>
        </w:rPr>
      </w:pPr>
      <w:r w:rsidRPr="00FE3E60">
        <w:rPr>
          <w:rFonts w:ascii="Arial" w:eastAsia="Arial" w:hAnsi="Arial"/>
          <w:b/>
          <w:sz w:val="20"/>
          <w:lang w:val="fr-FR"/>
        </w:rPr>
        <w:t>Besoins prioritaires à détailler :</w:t>
      </w:r>
    </w:p>
    <w:p w14:paraId="25F9A158" w14:textId="77777777" w:rsidR="00E53866" w:rsidRPr="00FE3E60" w:rsidRDefault="00E53866" w:rsidP="00E53866">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74AF8276" w14:textId="77777777" w:rsidR="00E53866" w:rsidRPr="00FE3E60" w:rsidRDefault="00E53866" w:rsidP="00E53866">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0C2CCC60" w14:textId="77777777" w:rsidR="00E53866" w:rsidRPr="00FE3E60" w:rsidRDefault="00E53866" w:rsidP="00E53866">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4D192041" w14:textId="77777777" w:rsidR="00A90F23" w:rsidRDefault="00A90F23" w:rsidP="00E53866">
      <w:pPr>
        <w:spacing w:before="40" w:after="20" w:line="252" w:lineRule="auto"/>
        <w:rPr>
          <w:rFonts w:ascii="Arial" w:eastAsia="Arial" w:hAnsi="Arial"/>
          <w:b/>
          <w:sz w:val="20"/>
          <w:lang w:val="fr-FR"/>
        </w:rPr>
      </w:pPr>
    </w:p>
    <w:p w14:paraId="2DA93ABF" w14:textId="4DCD03D7" w:rsidR="00E53866" w:rsidRPr="00FE3E60" w:rsidRDefault="00E53866" w:rsidP="00E53866">
      <w:pPr>
        <w:spacing w:before="40" w:after="20" w:line="252" w:lineRule="auto"/>
        <w:rPr>
          <w:lang w:val="fr-FR"/>
        </w:rPr>
      </w:pPr>
      <w:r w:rsidRPr="00FE3E60">
        <w:rPr>
          <w:rFonts w:ascii="Arial" w:eastAsia="Arial" w:hAnsi="Arial"/>
          <w:b/>
          <w:sz w:val="20"/>
          <w:lang w:val="fr-FR"/>
        </w:rPr>
        <w:t>Résultats attendus de l’accompagnement :</w:t>
      </w:r>
    </w:p>
    <w:p w14:paraId="503F69E2" w14:textId="77777777" w:rsidR="00E53866" w:rsidRPr="0053543D" w:rsidRDefault="00E53866" w:rsidP="00E53866">
      <w:pPr>
        <w:spacing w:after="0" w:line="252" w:lineRule="auto"/>
        <w:rPr>
          <w:lang w:val="fr-FR"/>
        </w:rPr>
      </w:pPr>
      <w:r w:rsidRPr="0053543D">
        <w:rPr>
          <w:rFonts w:ascii="Arial" w:eastAsia="Arial" w:hAnsi="Arial"/>
          <w:sz w:val="17"/>
          <w:lang w:val="fr-FR"/>
        </w:rPr>
        <w:t>______________________________________________________________________________________________________________</w:t>
      </w:r>
    </w:p>
    <w:p w14:paraId="2BCDDB4B" w14:textId="77777777" w:rsidR="00E53866" w:rsidRPr="0053543D" w:rsidRDefault="00E53866" w:rsidP="00E53866">
      <w:pPr>
        <w:spacing w:after="0" w:line="252" w:lineRule="auto"/>
        <w:rPr>
          <w:lang w:val="fr-FR"/>
        </w:rPr>
      </w:pPr>
      <w:r w:rsidRPr="0053543D">
        <w:rPr>
          <w:rFonts w:ascii="Arial" w:eastAsia="Arial" w:hAnsi="Arial"/>
          <w:sz w:val="17"/>
          <w:lang w:val="fr-FR"/>
        </w:rPr>
        <w:t>______________________________________________________________________________________________________________</w:t>
      </w:r>
    </w:p>
    <w:p w14:paraId="46A288B7" w14:textId="77777777" w:rsidR="00940861" w:rsidRPr="009A7F13" w:rsidRDefault="00940861" w:rsidP="00940861">
      <w:pPr>
        <w:spacing w:after="0" w:line="252" w:lineRule="auto"/>
        <w:rPr>
          <w:lang w:val="fr-FR"/>
        </w:rPr>
      </w:pPr>
    </w:p>
    <w:p w14:paraId="25F0B1AA" w14:textId="74369A9A" w:rsidR="00940861" w:rsidRDefault="00E63569" w:rsidP="00E63569">
      <w:pPr>
        <w:pStyle w:val="Titre2"/>
        <w:numPr>
          <w:ilvl w:val="1"/>
          <w:numId w:val="12"/>
        </w:numPr>
        <w:rPr>
          <w:lang w:val="fr-FR"/>
        </w:rPr>
      </w:pPr>
      <w:r>
        <w:rPr>
          <w:lang w:val="fr-FR"/>
        </w:rPr>
        <w:t>Accès aux financements</w:t>
      </w:r>
      <w:r w:rsidR="006D5A6E">
        <w:rPr>
          <w:lang w:val="fr-FR"/>
        </w:rPr>
        <w:t xml:space="preserve"> (autres que les subventions du Programme </w:t>
      </w:r>
      <w:proofErr w:type="spellStart"/>
      <w:r w:rsidR="006D5A6E">
        <w:rPr>
          <w:lang w:val="fr-FR"/>
        </w:rPr>
        <w:t>Accélereo</w:t>
      </w:r>
      <w:proofErr w:type="spellEnd"/>
      <w:r w:rsidR="006D5A6E">
        <w:rPr>
          <w:lang w:val="fr-FR"/>
        </w:rPr>
        <w:t>)</w:t>
      </w:r>
    </w:p>
    <w:p w14:paraId="0EF72116" w14:textId="320E85F3" w:rsidR="00E63569" w:rsidRDefault="003B0671" w:rsidP="00E63569">
      <w:pPr>
        <w:rPr>
          <w:lang w:val="fr-FR"/>
        </w:rPr>
      </w:pPr>
      <w:r>
        <w:rPr>
          <w:lang w:val="fr-FR"/>
        </w:rPr>
        <w:t xml:space="preserve">L’un des objectifs du Programme </w:t>
      </w:r>
      <w:proofErr w:type="spellStart"/>
      <w:r>
        <w:rPr>
          <w:lang w:val="fr-FR"/>
        </w:rPr>
        <w:t>Accélereo</w:t>
      </w:r>
      <w:proofErr w:type="spellEnd"/>
      <w:r>
        <w:rPr>
          <w:lang w:val="fr-FR"/>
        </w:rPr>
        <w:t xml:space="preserve"> est d</w:t>
      </w:r>
      <w:r w:rsidR="00691B6D">
        <w:rPr>
          <w:lang w:val="fr-FR"/>
        </w:rPr>
        <w:t xml:space="preserve">’accompagner les entreprises dans la réalisation de levée de fonds. </w:t>
      </w:r>
    </w:p>
    <w:p w14:paraId="0DA6CA8D" w14:textId="0B687881" w:rsidR="00AE7C61" w:rsidRPr="00FE3E60" w:rsidRDefault="00AE7C61" w:rsidP="00AE7C61">
      <w:pPr>
        <w:spacing w:before="40" w:after="20" w:line="252" w:lineRule="auto"/>
        <w:rPr>
          <w:lang w:val="fr-FR"/>
        </w:rPr>
      </w:pPr>
      <w:r w:rsidRPr="00FE3E60">
        <w:rPr>
          <w:rFonts w:ascii="Arial" w:eastAsia="Arial" w:hAnsi="Arial"/>
          <w:b/>
          <w:sz w:val="20"/>
          <w:lang w:val="fr-FR"/>
        </w:rPr>
        <w:t>Type</w:t>
      </w:r>
      <w:r w:rsidR="00193FFA">
        <w:rPr>
          <w:rFonts w:ascii="Arial" w:eastAsia="Arial" w:hAnsi="Arial"/>
          <w:b/>
          <w:sz w:val="20"/>
          <w:lang w:val="fr-FR"/>
        </w:rPr>
        <w:t>(s)</w:t>
      </w:r>
      <w:r w:rsidRPr="00FE3E60">
        <w:rPr>
          <w:rFonts w:ascii="Arial" w:eastAsia="Arial" w:hAnsi="Arial"/>
          <w:b/>
          <w:sz w:val="20"/>
          <w:lang w:val="fr-FR"/>
        </w:rPr>
        <w:t xml:space="preserve"> de financement</w:t>
      </w:r>
      <w:r w:rsidR="00193FFA">
        <w:rPr>
          <w:rFonts w:ascii="Arial" w:eastAsia="Arial" w:hAnsi="Arial"/>
          <w:b/>
          <w:sz w:val="20"/>
          <w:lang w:val="fr-FR"/>
        </w:rPr>
        <w:t>(s)</w:t>
      </w:r>
      <w:r w:rsidRPr="00FE3E60">
        <w:rPr>
          <w:rFonts w:ascii="Arial" w:eastAsia="Arial" w:hAnsi="Arial"/>
          <w:b/>
          <w:sz w:val="20"/>
          <w:lang w:val="fr-FR"/>
        </w:rPr>
        <w:t xml:space="preserve"> recherché</w:t>
      </w:r>
      <w:r w:rsidR="00193FFA">
        <w:rPr>
          <w:rFonts w:ascii="Arial" w:eastAsia="Arial" w:hAnsi="Arial"/>
          <w:b/>
          <w:sz w:val="20"/>
          <w:lang w:val="fr-FR"/>
        </w:rPr>
        <w:t>(s)</w:t>
      </w:r>
      <w:r w:rsidRPr="00FE3E60">
        <w:rPr>
          <w:rFonts w:ascii="Arial" w:eastAsia="Arial" w:hAnsi="Arial"/>
          <w:b/>
          <w:sz w:val="20"/>
          <w:lang w:val="fr-FR"/>
        </w:rPr>
        <w:t xml:space="preserve"> :</w:t>
      </w:r>
    </w:p>
    <w:p w14:paraId="52B537BF" w14:textId="77777777" w:rsidR="00AE7C61" w:rsidRPr="00FE3E60" w:rsidRDefault="00AE7C61" w:rsidP="00AE7C61">
      <w:pPr>
        <w:spacing w:after="40" w:line="252" w:lineRule="auto"/>
        <w:rPr>
          <w:lang w:val="fr-FR"/>
        </w:rPr>
      </w:pPr>
      <w:r w:rsidRPr="00FE3E60">
        <w:rPr>
          <w:rFonts w:ascii="Arial" w:eastAsia="Arial" w:hAnsi="Arial"/>
          <w:sz w:val="18"/>
          <w:lang w:val="fr-FR"/>
        </w:rPr>
        <w:t>☐ Subvention    ☐ Capital    ☐ Prêt bancaire    ☐ Dette privée    ☐ Financement mixte    ☐ Partenariat stratégique    ☐ Autre</w:t>
      </w:r>
      <w:r>
        <w:rPr>
          <w:rFonts w:ascii="Arial" w:eastAsia="Arial" w:hAnsi="Arial"/>
          <w:sz w:val="18"/>
          <w:lang w:val="fr-FR"/>
        </w:rPr>
        <w:t xml:space="preserve"> (Préciser)</w:t>
      </w:r>
    </w:p>
    <w:p w14:paraId="11AD581A" w14:textId="77777777" w:rsidR="0062237D" w:rsidRDefault="0062237D" w:rsidP="0062237D">
      <w:pPr>
        <w:spacing w:before="40" w:after="20" w:line="252" w:lineRule="auto"/>
        <w:rPr>
          <w:rFonts w:ascii="Arial" w:eastAsia="Arial" w:hAnsi="Arial"/>
          <w:b/>
          <w:sz w:val="20"/>
          <w:lang w:val="fr-FR"/>
        </w:rPr>
      </w:pPr>
    </w:p>
    <w:p w14:paraId="7EF25699" w14:textId="40CBF1B3" w:rsidR="0062237D" w:rsidRDefault="0062237D" w:rsidP="0062237D">
      <w:pPr>
        <w:spacing w:before="40" w:after="20" w:line="252" w:lineRule="auto"/>
        <w:rPr>
          <w:rFonts w:ascii="Arial" w:eastAsia="Arial" w:hAnsi="Arial"/>
          <w:b/>
          <w:sz w:val="20"/>
          <w:lang w:val="fr-FR"/>
        </w:rPr>
      </w:pPr>
      <w:r w:rsidRPr="00FA3B8A">
        <w:rPr>
          <w:rFonts w:ascii="Arial" w:eastAsia="Arial" w:hAnsi="Arial"/>
          <w:b/>
          <w:sz w:val="20"/>
          <w:lang w:val="fr-FR"/>
        </w:rPr>
        <w:t xml:space="preserve">Montant : </w:t>
      </w:r>
      <w:r w:rsidR="00442897">
        <w:rPr>
          <w:rFonts w:ascii="Arial" w:eastAsia="Arial" w:hAnsi="Arial"/>
          <w:b/>
          <w:sz w:val="20"/>
          <w:lang w:val="fr-FR"/>
        </w:rPr>
        <w:t>…</w:t>
      </w:r>
      <w:r w:rsidR="00A90F23">
        <w:rPr>
          <w:rFonts w:ascii="Arial" w:eastAsia="Arial" w:hAnsi="Arial"/>
          <w:b/>
          <w:sz w:val="20"/>
          <w:lang w:val="fr-FR"/>
        </w:rPr>
        <w:t xml:space="preserve">……………. </w:t>
      </w:r>
      <w:r w:rsidR="00442897">
        <w:rPr>
          <w:rFonts w:ascii="Arial" w:eastAsia="Arial" w:hAnsi="Arial"/>
          <w:b/>
          <w:sz w:val="20"/>
          <w:lang w:val="fr-FR"/>
        </w:rPr>
        <w:t>MGA</w:t>
      </w:r>
    </w:p>
    <w:p w14:paraId="6AC920CA" w14:textId="77777777" w:rsidR="0062237D" w:rsidRPr="00FA3B8A" w:rsidRDefault="0062237D" w:rsidP="00FA3B8A">
      <w:pPr>
        <w:spacing w:before="40" w:after="20" w:line="252" w:lineRule="auto"/>
        <w:rPr>
          <w:rFonts w:ascii="Arial" w:eastAsia="Arial" w:hAnsi="Arial"/>
          <w:b/>
          <w:sz w:val="20"/>
          <w:lang w:val="fr-FR"/>
        </w:rPr>
      </w:pPr>
    </w:p>
    <w:p w14:paraId="76C9BF81" w14:textId="74C51E9E" w:rsidR="00940861" w:rsidRDefault="00C02B85" w:rsidP="00C02B85">
      <w:pPr>
        <w:pStyle w:val="Titre2"/>
        <w:numPr>
          <w:ilvl w:val="1"/>
          <w:numId w:val="12"/>
        </w:numPr>
        <w:rPr>
          <w:lang w:val="fr-FR"/>
        </w:rPr>
      </w:pPr>
      <w:r>
        <w:rPr>
          <w:lang w:val="fr-FR"/>
        </w:rPr>
        <w:t>Utilisation prévue des subventions</w:t>
      </w:r>
      <w:r w:rsidR="00C12438">
        <w:rPr>
          <w:lang w:val="fr-FR"/>
        </w:rPr>
        <w:t xml:space="preserve"> du Programme </w:t>
      </w:r>
      <w:proofErr w:type="spellStart"/>
      <w:r w:rsidR="00C12438">
        <w:rPr>
          <w:lang w:val="fr-FR"/>
        </w:rPr>
        <w:t>Accélereo</w:t>
      </w:r>
      <w:proofErr w:type="spellEnd"/>
    </w:p>
    <w:p w14:paraId="38A21533" w14:textId="0183F4DD" w:rsidR="00C02B85" w:rsidRDefault="00C02B85" w:rsidP="00C02B85">
      <w:pPr>
        <w:spacing w:before="40" w:after="20" w:line="252" w:lineRule="auto"/>
        <w:ind w:left="360"/>
        <w:rPr>
          <w:rFonts w:ascii="Arial" w:eastAsia="Arial" w:hAnsi="Arial"/>
          <w:b/>
          <w:sz w:val="20"/>
          <w:lang w:val="fr-FR"/>
        </w:rPr>
      </w:pPr>
      <w:r w:rsidRPr="00FA3B8A">
        <w:rPr>
          <w:rFonts w:ascii="Arial" w:eastAsia="Arial" w:hAnsi="Arial"/>
          <w:b/>
          <w:sz w:val="20"/>
          <w:lang w:val="fr-FR"/>
        </w:rPr>
        <w:t>Utilisation envisagée des fonds ou de la subvention, si l’entreprise est sélectionnée</w:t>
      </w:r>
      <w:r w:rsidR="00DB5707">
        <w:rPr>
          <w:rFonts w:ascii="Arial" w:eastAsia="Arial" w:hAnsi="Arial"/>
          <w:b/>
          <w:sz w:val="20"/>
          <w:lang w:val="fr-FR"/>
        </w:rPr>
        <w:t>.</w:t>
      </w:r>
    </w:p>
    <w:p w14:paraId="7FFA5A52" w14:textId="34F8D253" w:rsidR="00DB5707" w:rsidRPr="00FA3B8A" w:rsidRDefault="00DB5707" w:rsidP="00FA3B8A">
      <w:pPr>
        <w:spacing w:before="40" w:after="20" w:line="252" w:lineRule="auto"/>
        <w:ind w:left="360"/>
        <w:rPr>
          <w:bCs/>
          <w:i/>
          <w:iCs/>
          <w:lang w:val="fr-FR"/>
        </w:rPr>
      </w:pPr>
      <w:r>
        <w:rPr>
          <w:rFonts w:ascii="Arial" w:eastAsia="Arial" w:hAnsi="Arial"/>
          <w:bCs/>
          <w:i/>
          <w:iCs/>
          <w:sz w:val="20"/>
          <w:lang w:val="fr-FR"/>
        </w:rPr>
        <w:t xml:space="preserve">Les informations fournies ici sont </w:t>
      </w:r>
      <w:r w:rsidR="001A411A">
        <w:rPr>
          <w:rFonts w:ascii="Arial" w:eastAsia="Arial" w:hAnsi="Arial"/>
          <w:bCs/>
          <w:i/>
          <w:iCs/>
          <w:sz w:val="20"/>
          <w:lang w:val="fr-FR"/>
        </w:rPr>
        <w:t>à</w:t>
      </w:r>
      <w:r>
        <w:rPr>
          <w:rFonts w:ascii="Arial" w:eastAsia="Arial" w:hAnsi="Arial"/>
          <w:bCs/>
          <w:i/>
          <w:iCs/>
          <w:sz w:val="20"/>
          <w:lang w:val="fr-FR"/>
        </w:rPr>
        <w:t xml:space="preserve"> titre prévisionnel, et </w:t>
      </w:r>
      <w:r w:rsidR="00F93DD7">
        <w:rPr>
          <w:rFonts w:ascii="Arial" w:eastAsia="Arial" w:hAnsi="Arial"/>
          <w:bCs/>
          <w:i/>
          <w:iCs/>
          <w:sz w:val="20"/>
          <w:lang w:val="fr-FR"/>
        </w:rPr>
        <w:t>f</w:t>
      </w:r>
      <w:r>
        <w:rPr>
          <w:rFonts w:ascii="Arial" w:eastAsia="Arial" w:hAnsi="Arial"/>
          <w:bCs/>
          <w:i/>
          <w:iCs/>
          <w:sz w:val="20"/>
          <w:lang w:val="fr-FR"/>
        </w:rPr>
        <w:t xml:space="preserve">eront </w:t>
      </w:r>
      <w:r w:rsidR="00F93DD7">
        <w:rPr>
          <w:rFonts w:ascii="Arial" w:eastAsia="Arial" w:hAnsi="Arial"/>
          <w:bCs/>
          <w:i/>
          <w:iCs/>
          <w:sz w:val="20"/>
          <w:lang w:val="fr-FR"/>
        </w:rPr>
        <w:t>l’objet</w:t>
      </w:r>
      <w:r w:rsidR="007C272E">
        <w:rPr>
          <w:rFonts w:ascii="Arial" w:eastAsia="Arial" w:hAnsi="Arial"/>
          <w:bCs/>
          <w:i/>
          <w:iCs/>
          <w:sz w:val="20"/>
          <w:lang w:val="fr-FR"/>
        </w:rPr>
        <w:t xml:space="preserve"> d’évaluation au cours du Programme d’accélération</w:t>
      </w:r>
    </w:p>
    <w:p w14:paraId="74EC2047" w14:textId="0DDC378B" w:rsidR="000B25F3" w:rsidRPr="00FA3B8A" w:rsidRDefault="000B25F3">
      <w:pPr>
        <w:spacing w:before="80" w:after="60" w:line="252" w:lineRule="auto"/>
        <w:rPr>
          <w:lang w:val="fr-FR"/>
        </w:rPr>
      </w:pPr>
    </w:p>
    <w:tbl>
      <w:tblPr>
        <w:tblW w:w="0" w:type="auto"/>
        <w:jc w:val="center"/>
        <w:tblLook w:val="04A0" w:firstRow="1" w:lastRow="0" w:firstColumn="1" w:lastColumn="0" w:noHBand="0" w:noVBand="1"/>
      </w:tblPr>
      <w:tblGrid>
        <w:gridCol w:w="3509"/>
        <w:gridCol w:w="3507"/>
        <w:gridCol w:w="3508"/>
      </w:tblGrid>
      <w:tr w:rsidR="000B25F3" w14:paraId="09B0420A" w14:textId="77777777">
        <w:trPr>
          <w:tblHeader/>
          <w:jc w:val="center"/>
        </w:trPr>
        <w:tc>
          <w:tcPr>
            <w:tcW w:w="3513" w:type="dxa"/>
            <w:tcBorders>
              <w:top w:val="single" w:sz="6" w:space="0" w:color="D9E2EC"/>
              <w:left w:val="single" w:sz="6" w:space="0" w:color="D9E2EC"/>
              <w:bottom w:val="single" w:sz="6" w:space="0" w:color="D9E2EC"/>
              <w:right w:val="single" w:sz="6" w:space="0" w:color="D9E2EC"/>
            </w:tcBorders>
            <w:shd w:val="clear" w:color="auto" w:fill="1F4E79"/>
            <w:tcMar>
              <w:top w:w="80" w:type="dxa"/>
              <w:left w:w="80" w:type="dxa"/>
              <w:bottom w:w="80" w:type="dxa"/>
              <w:right w:w="80" w:type="dxa"/>
            </w:tcMar>
            <w:vAlign w:val="center"/>
          </w:tcPr>
          <w:p w14:paraId="14863269" w14:textId="77777777" w:rsidR="000B25F3" w:rsidRDefault="00013F07">
            <w:pPr>
              <w:spacing w:after="0" w:line="252" w:lineRule="auto"/>
              <w:rPr>
                <w:b/>
                <w:color w:val="FFFFFF"/>
                <w:sz w:val="21"/>
              </w:rPr>
            </w:pPr>
            <w:r>
              <w:rPr>
                <w:b/>
                <w:color w:val="FFFFFF"/>
                <w:sz w:val="21"/>
              </w:rPr>
              <w:t xml:space="preserve">Poste de </w:t>
            </w:r>
            <w:proofErr w:type="spellStart"/>
            <w:r>
              <w:rPr>
                <w:b/>
                <w:color w:val="FFFFFF"/>
                <w:sz w:val="21"/>
              </w:rPr>
              <w:t>dépense</w:t>
            </w:r>
            <w:proofErr w:type="spellEnd"/>
          </w:p>
          <w:p w14:paraId="219F3BFB" w14:textId="3E4F63DE" w:rsidR="00C84D5E" w:rsidRPr="00FA3B8A" w:rsidRDefault="00C84D5E" w:rsidP="00FA3B8A">
            <w:pPr>
              <w:spacing w:after="20" w:line="252" w:lineRule="auto"/>
              <w:ind w:left="360"/>
              <w:rPr>
                <w:highlight w:val="yellow"/>
                <w:lang w:val="fr-FR"/>
              </w:rPr>
            </w:pPr>
            <w:r w:rsidRPr="00FA3B8A">
              <w:rPr>
                <w:rFonts w:ascii="Arial" w:eastAsia="Arial" w:hAnsi="Arial"/>
                <w:i/>
                <w:color w:val="FFFFFF" w:themeColor="background1"/>
                <w:sz w:val="17"/>
                <w:lang w:val="fr-FR"/>
              </w:rPr>
              <w:t>Équipements, marketing, recrutement, technologie, certification, développement commercial, etc.</w:t>
            </w:r>
          </w:p>
        </w:tc>
        <w:tc>
          <w:tcPr>
            <w:tcW w:w="3513" w:type="dxa"/>
            <w:tcBorders>
              <w:top w:val="single" w:sz="6" w:space="0" w:color="D9E2EC"/>
              <w:left w:val="single" w:sz="6" w:space="0" w:color="D9E2EC"/>
              <w:bottom w:val="single" w:sz="6" w:space="0" w:color="D9E2EC"/>
              <w:right w:val="single" w:sz="6" w:space="0" w:color="D9E2EC"/>
            </w:tcBorders>
            <w:shd w:val="clear" w:color="auto" w:fill="1F4E79"/>
            <w:tcMar>
              <w:top w:w="80" w:type="dxa"/>
              <w:left w:w="80" w:type="dxa"/>
              <w:bottom w:w="80" w:type="dxa"/>
              <w:right w:w="80" w:type="dxa"/>
            </w:tcMar>
            <w:vAlign w:val="center"/>
          </w:tcPr>
          <w:p w14:paraId="74CCCD25" w14:textId="77777777" w:rsidR="000B25F3" w:rsidRDefault="00013F07">
            <w:pPr>
              <w:spacing w:after="0" w:line="252" w:lineRule="auto"/>
            </w:pPr>
            <w:proofErr w:type="spellStart"/>
            <w:r>
              <w:rPr>
                <w:b/>
                <w:color w:val="FFFFFF"/>
                <w:sz w:val="21"/>
              </w:rPr>
              <w:t>Montant</w:t>
            </w:r>
            <w:proofErr w:type="spellEnd"/>
            <w:r>
              <w:rPr>
                <w:b/>
                <w:color w:val="FFFFFF"/>
                <w:sz w:val="21"/>
              </w:rPr>
              <w:t xml:space="preserve"> </w:t>
            </w:r>
            <w:proofErr w:type="spellStart"/>
            <w:r>
              <w:rPr>
                <w:b/>
                <w:color w:val="FFFFFF"/>
                <w:sz w:val="21"/>
              </w:rPr>
              <w:t>estimé</w:t>
            </w:r>
            <w:proofErr w:type="spellEnd"/>
          </w:p>
        </w:tc>
        <w:tc>
          <w:tcPr>
            <w:tcW w:w="3513" w:type="dxa"/>
            <w:tcBorders>
              <w:top w:val="single" w:sz="6" w:space="0" w:color="D9E2EC"/>
              <w:left w:val="single" w:sz="6" w:space="0" w:color="D9E2EC"/>
              <w:bottom w:val="single" w:sz="6" w:space="0" w:color="D9E2EC"/>
              <w:right w:val="single" w:sz="6" w:space="0" w:color="D9E2EC"/>
            </w:tcBorders>
            <w:shd w:val="clear" w:color="auto" w:fill="1F4E79"/>
            <w:tcMar>
              <w:top w:w="80" w:type="dxa"/>
              <w:left w:w="80" w:type="dxa"/>
              <w:bottom w:w="80" w:type="dxa"/>
              <w:right w:w="80" w:type="dxa"/>
            </w:tcMar>
            <w:vAlign w:val="center"/>
          </w:tcPr>
          <w:p w14:paraId="6FE6F0C9" w14:textId="77777777" w:rsidR="000B25F3" w:rsidRDefault="00013F07">
            <w:pPr>
              <w:spacing w:after="0" w:line="252" w:lineRule="auto"/>
            </w:pPr>
            <w:r>
              <w:rPr>
                <w:b/>
                <w:color w:val="FFFFFF"/>
                <w:sz w:val="21"/>
              </w:rPr>
              <w:t>Justification</w:t>
            </w:r>
          </w:p>
        </w:tc>
      </w:tr>
      <w:tr w:rsidR="000B25F3" w14:paraId="497D2A7E" w14:textId="77777777">
        <w:trPr>
          <w:trHeight w:val="454"/>
          <w:jc w:val="center"/>
        </w:trPr>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49E22637" w14:textId="77777777" w:rsidR="000B25F3" w:rsidRDefault="000B25F3">
            <w:pPr>
              <w:spacing w:after="0" w:line="240" w:lineRule="auto"/>
            </w:pP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03E0E8BF" w14:textId="77777777" w:rsidR="000B25F3" w:rsidRDefault="000B25F3">
            <w:pPr>
              <w:spacing w:after="0" w:line="240" w:lineRule="auto"/>
            </w:pP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664D95EA" w14:textId="77777777" w:rsidR="000B25F3" w:rsidRDefault="000B25F3">
            <w:pPr>
              <w:spacing w:after="0" w:line="240" w:lineRule="auto"/>
            </w:pPr>
          </w:p>
        </w:tc>
      </w:tr>
      <w:tr w:rsidR="000B25F3" w14:paraId="45C75FC7" w14:textId="77777777">
        <w:trPr>
          <w:trHeight w:val="454"/>
          <w:jc w:val="center"/>
        </w:trPr>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61D4009C" w14:textId="77777777" w:rsidR="000B25F3" w:rsidRDefault="000B25F3">
            <w:pPr>
              <w:spacing w:after="0" w:line="240" w:lineRule="auto"/>
            </w:pP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1D283C89" w14:textId="77777777" w:rsidR="000B25F3" w:rsidRDefault="000B25F3">
            <w:pPr>
              <w:spacing w:after="0" w:line="240" w:lineRule="auto"/>
            </w:pP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2BA721C5" w14:textId="77777777" w:rsidR="000B25F3" w:rsidRDefault="000B25F3">
            <w:pPr>
              <w:spacing w:after="0" w:line="240" w:lineRule="auto"/>
            </w:pPr>
          </w:p>
        </w:tc>
      </w:tr>
      <w:tr w:rsidR="000B25F3" w14:paraId="798A7335" w14:textId="77777777">
        <w:trPr>
          <w:trHeight w:val="454"/>
          <w:jc w:val="center"/>
        </w:trPr>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0CB22DA3" w14:textId="77777777" w:rsidR="000B25F3" w:rsidRDefault="000B25F3">
            <w:pPr>
              <w:spacing w:after="0" w:line="240" w:lineRule="auto"/>
            </w:pP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2A8D7F9D" w14:textId="77777777" w:rsidR="000B25F3" w:rsidRDefault="000B25F3">
            <w:pPr>
              <w:spacing w:after="0" w:line="240" w:lineRule="auto"/>
            </w:pPr>
          </w:p>
        </w:tc>
        <w:tc>
          <w:tcPr>
            <w:tcW w:w="3513" w:type="dxa"/>
            <w:tcBorders>
              <w:top w:val="single" w:sz="6" w:space="0" w:color="D9E2EC"/>
              <w:left w:val="single" w:sz="6" w:space="0" w:color="D9E2EC"/>
              <w:bottom w:val="single" w:sz="6" w:space="0" w:color="D9E2EC"/>
              <w:right w:val="single" w:sz="6" w:space="0" w:color="D9E2EC"/>
            </w:tcBorders>
            <w:tcMar>
              <w:top w:w="80" w:type="dxa"/>
              <w:left w:w="80" w:type="dxa"/>
              <w:bottom w:w="80" w:type="dxa"/>
              <w:right w:w="80" w:type="dxa"/>
            </w:tcMar>
            <w:vAlign w:val="center"/>
          </w:tcPr>
          <w:p w14:paraId="116562C2" w14:textId="77777777" w:rsidR="000B25F3" w:rsidRDefault="000B25F3">
            <w:pPr>
              <w:spacing w:after="0" w:line="240" w:lineRule="auto"/>
            </w:pPr>
          </w:p>
        </w:tc>
      </w:tr>
    </w:tbl>
    <w:p w14:paraId="4F72A413" w14:textId="77777777" w:rsidR="000B25F3" w:rsidRDefault="000B25F3"/>
    <w:p w14:paraId="7C0D556D" w14:textId="77777777" w:rsidR="000B25F3" w:rsidRDefault="00013F07">
      <w:pPr>
        <w:spacing w:before="40" w:after="20" w:line="252" w:lineRule="auto"/>
      </w:pPr>
      <w:proofErr w:type="spellStart"/>
      <w:r>
        <w:rPr>
          <w:rFonts w:ascii="Arial" w:eastAsia="Arial" w:hAnsi="Arial"/>
          <w:b/>
          <w:sz w:val="20"/>
        </w:rPr>
        <w:t>Résultats</w:t>
      </w:r>
      <w:proofErr w:type="spellEnd"/>
      <w:r>
        <w:rPr>
          <w:rFonts w:ascii="Arial" w:eastAsia="Arial" w:hAnsi="Arial"/>
          <w:b/>
          <w:sz w:val="20"/>
        </w:rPr>
        <w:t xml:space="preserve"> </w:t>
      </w:r>
      <w:proofErr w:type="spellStart"/>
      <w:r>
        <w:rPr>
          <w:rFonts w:ascii="Arial" w:eastAsia="Arial" w:hAnsi="Arial"/>
          <w:b/>
          <w:sz w:val="20"/>
        </w:rPr>
        <w:t>attendus</w:t>
      </w:r>
      <w:proofErr w:type="spellEnd"/>
      <w:r>
        <w:rPr>
          <w:rFonts w:ascii="Arial" w:eastAsia="Arial" w:hAnsi="Arial"/>
          <w:b/>
          <w:sz w:val="20"/>
        </w:rPr>
        <w:t xml:space="preserve"> de </w:t>
      </w:r>
      <w:proofErr w:type="spellStart"/>
      <w:proofErr w:type="gramStart"/>
      <w:r>
        <w:rPr>
          <w:rFonts w:ascii="Arial" w:eastAsia="Arial" w:hAnsi="Arial"/>
          <w:b/>
          <w:sz w:val="20"/>
        </w:rPr>
        <w:t>l’investissement</w:t>
      </w:r>
      <w:proofErr w:type="spellEnd"/>
      <w:r>
        <w:rPr>
          <w:rFonts w:ascii="Arial" w:eastAsia="Arial" w:hAnsi="Arial"/>
          <w:b/>
          <w:sz w:val="20"/>
        </w:rPr>
        <w:t xml:space="preserve"> :</w:t>
      </w:r>
      <w:proofErr w:type="gramEnd"/>
    </w:p>
    <w:p w14:paraId="26931F59" w14:textId="77777777" w:rsidR="000B25F3" w:rsidRPr="00FE3E60" w:rsidRDefault="00013F07">
      <w:pPr>
        <w:spacing w:after="20" w:line="252" w:lineRule="auto"/>
        <w:rPr>
          <w:lang w:val="fr-FR"/>
        </w:rPr>
      </w:pPr>
      <w:r w:rsidRPr="00FE3E60">
        <w:rPr>
          <w:rFonts w:ascii="Arial" w:eastAsia="Arial" w:hAnsi="Arial"/>
          <w:i/>
          <w:color w:val="555555"/>
          <w:sz w:val="17"/>
          <w:lang w:val="fr-FR"/>
        </w:rPr>
        <w:t>Hausse du chiffre d’affaires, création d’emplois, capacité de production accrue, nouveaux clients, nouveaux marchés, levée de fonds complémentaire, autres.</w:t>
      </w:r>
    </w:p>
    <w:p w14:paraId="752670C5" w14:textId="77777777" w:rsidR="000B25F3" w:rsidRPr="00FE3E60" w:rsidRDefault="00013F07">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5EC134CB" w14:textId="77777777" w:rsidR="000B25F3" w:rsidRPr="00FE3E60" w:rsidRDefault="00013F07">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0C6C65BC" w14:textId="3AA9592C" w:rsidR="006D5A6E" w:rsidRDefault="00A90F23">
      <w:pPr>
        <w:spacing w:after="40" w:line="252" w:lineRule="auto"/>
        <w:rPr>
          <w:rFonts w:ascii="Arial" w:eastAsia="Arial" w:hAnsi="Arial"/>
          <w:sz w:val="18"/>
          <w:lang w:val="fr-FR"/>
        </w:rPr>
      </w:pPr>
      <w:r>
        <w:rPr>
          <w:rFonts w:ascii="Arial" w:eastAsia="Arial" w:hAnsi="Arial"/>
          <w:sz w:val="17"/>
        </w:rPr>
        <w:t>______________________________________________________________________________________________________________</w:t>
      </w:r>
    </w:p>
    <w:p w14:paraId="1889C09B" w14:textId="77777777" w:rsidR="006D5A6E" w:rsidRPr="00FE3E60" w:rsidRDefault="006D5A6E">
      <w:pPr>
        <w:spacing w:after="40" w:line="252" w:lineRule="auto"/>
        <w:rPr>
          <w:lang w:val="fr-FR"/>
        </w:rPr>
      </w:pPr>
    </w:p>
    <w:p w14:paraId="345A9CEE" w14:textId="1FCFA0FD" w:rsidR="000B25F3" w:rsidRDefault="00013F07">
      <w:pPr>
        <w:spacing w:before="200" w:after="80" w:line="252" w:lineRule="auto"/>
        <w:rPr>
          <w:rFonts w:ascii="Arial" w:eastAsia="Arial" w:hAnsi="Arial"/>
          <w:b/>
          <w:color w:val="1F4E79"/>
          <w:sz w:val="26"/>
          <w:lang w:val="fr-FR"/>
        </w:rPr>
      </w:pPr>
      <w:r w:rsidRPr="00FE3E60">
        <w:rPr>
          <w:rFonts w:ascii="Arial" w:eastAsia="Arial" w:hAnsi="Arial"/>
          <w:b/>
          <w:color w:val="1F4E79"/>
          <w:sz w:val="26"/>
          <w:lang w:val="fr-FR"/>
        </w:rPr>
        <w:t>9. Impact</w:t>
      </w:r>
      <w:r w:rsidR="00621A16">
        <w:rPr>
          <w:rFonts w:ascii="Arial" w:eastAsia="Arial" w:hAnsi="Arial"/>
          <w:b/>
          <w:color w:val="1F4E79"/>
          <w:sz w:val="26"/>
          <w:lang w:val="fr-FR"/>
        </w:rPr>
        <w:t>s</w:t>
      </w:r>
      <w:r w:rsidRPr="00FE3E60">
        <w:rPr>
          <w:rFonts w:ascii="Arial" w:eastAsia="Arial" w:hAnsi="Arial"/>
          <w:b/>
          <w:color w:val="1F4E79"/>
          <w:sz w:val="26"/>
          <w:lang w:val="fr-FR"/>
        </w:rPr>
        <w:t xml:space="preserve"> attendu</w:t>
      </w:r>
      <w:r w:rsidR="00621A16">
        <w:rPr>
          <w:rFonts w:ascii="Arial" w:eastAsia="Arial" w:hAnsi="Arial"/>
          <w:b/>
          <w:color w:val="1F4E79"/>
          <w:sz w:val="26"/>
          <w:lang w:val="fr-FR"/>
        </w:rPr>
        <w:t>s</w:t>
      </w:r>
      <w:r w:rsidRPr="00FE3E60">
        <w:rPr>
          <w:rFonts w:ascii="Arial" w:eastAsia="Arial" w:hAnsi="Arial"/>
          <w:b/>
          <w:color w:val="1F4E79"/>
          <w:sz w:val="26"/>
          <w:lang w:val="fr-FR"/>
        </w:rPr>
        <w:t xml:space="preserve"> </w:t>
      </w:r>
      <w:r w:rsidR="00621A16">
        <w:rPr>
          <w:rFonts w:ascii="Arial" w:eastAsia="Arial" w:hAnsi="Arial"/>
          <w:b/>
          <w:color w:val="1F4E79"/>
          <w:sz w:val="26"/>
          <w:lang w:val="fr-FR"/>
        </w:rPr>
        <w:t xml:space="preserve">de la participation au Programme </w:t>
      </w:r>
      <w:proofErr w:type="spellStart"/>
      <w:r w:rsidR="00621A16">
        <w:rPr>
          <w:rFonts w:ascii="Arial" w:eastAsia="Arial" w:hAnsi="Arial"/>
          <w:b/>
          <w:color w:val="1F4E79"/>
          <w:sz w:val="26"/>
          <w:lang w:val="fr-FR"/>
        </w:rPr>
        <w:t>Accélereo</w:t>
      </w:r>
      <w:proofErr w:type="spellEnd"/>
    </w:p>
    <w:p w14:paraId="65F88E31" w14:textId="77777777" w:rsidR="00111882" w:rsidRDefault="00111882" w:rsidP="002F14D0">
      <w:pPr>
        <w:spacing w:before="40" w:after="20" w:line="252" w:lineRule="auto"/>
        <w:rPr>
          <w:rFonts w:ascii="Arial" w:eastAsia="Arial" w:hAnsi="Arial"/>
          <w:b/>
          <w:sz w:val="20"/>
          <w:lang w:val="fr-FR"/>
        </w:rPr>
      </w:pPr>
    </w:p>
    <w:p w14:paraId="050F983C" w14:textId="63FCA5C2" w:rsidR="00111882" w:rsidRDefault="00111882" w:rsidP="002F14D0">
      <w:pPr>
        <w:spacing w:before="40" w:after="20" w:line="252" w:lineRule="auto"/>
        <w:rPr>
          <w:rFonts w:ascii="Arial" w:eastAsia="Arial" w:hAnsi="Arial"/>
          <w:b/>
          <w:sz w:val="20"/>
          <w:lang w:val="fr-FR"/>
        </w:rPr>
      </w:pPr>
      <w:r>
        <w:rPr>
          <w:rFonts w:ascii="Arial" w:eastAsia="Arial" w:hAnsi="Arial"/>
          <w:b/>
          <w:sz w:val="20"/>
          <w:lang w:val="fr-FR"/>
        </w:rPr>
        <w:t xml:space="preserve">Veuillez lister et décrire les impacts attendus de la participation au Programme </w:t>
      </w:r>
    </w:p>
    <w:p w14:paraId="74B27FBF" w14:textId="77777777" w:rsidR="00D457F3" w:rsidRDefault="00D457F3" w:rsidP="00D457F3">
      <w:pPr>
        <w:spacing w:after="20" w:line="252" w:lineRule="auto"/>
        <w:rPr>
          <w:rFonts w:ascii="Arial" w:eastAsia="Arial" w:hAnsi="Arial"/>
          <w:i/>
          <w:color w:val="555555"/>
          <w:sz w:val="17"/>
          <w:lang w:val="fr-FR"/>
        </w:rPr>
      </w:pPr>
      <w:r w:rsidRPr="00FE3E60">
        <w:rPr>
          <w:rFonts w:ascii="Arial" w:eastAsia="Arial" w:hAnsi="Arial"/>
          <w:sz w:val="18"/>
          <w:lang w:val="fr-FR"/>
        </w:rPr>
        <w:t>☐</w:t>
      </w:r>
      <w:r>
        <w:rPr>
          <w:rFonts w:ascii="Arial" w:eastAsia="Arial" w:hAnsi="Arial"/>
          <w:sz w:val="18"/>
          <w:lang w:val="fr-FR"/>
        </w:rPr>
        <w:t xml:space="preserve"> </w:t>
      </w:r>
      <w:r w:rsidR="002F14D0" w:rsidRPr="00FA3B8A">
        <w:rPr>
          <w:rFonts w:ascii="Arial" w:eastAsia="Arial" w:hAnsi="Arial"/>
          <w:b/>
          <w:bCs/>
          <w:iCs/>
          <w:sz w:val="18"/>
          <w:szCs w:val="18"/>
          <w:lang w:val="fr-FR"/>
        </w:rPr>
        <w:t>Impacts</w:t>
      </w:r>
      <w:r w:rsidR="002F14D0" w:rsidRPr="00FA3B8A">
        <w:rPr>
          <w:rFonts w:ascii="Arial" w:eastAsia="Arial" w:hAnsi="Arial"/>
          <w:iCs/>
          <w:sz w:val="18"/>
          <w:szCs w:val="18"/>
          <w:lang w:val="fr-FR"/>
        </w:rPr>
        <w:t xml:space="preserve"> </w:t>
      </w:r>
      <w:r w:rsidR="002F14D0" w:rsidRPr="00FA3B8A">
        <w:rPr>
          <w:rFonts w:ascii="Arial" w:eastAsia="Arial" w:hAnsi="Arial"/>
          <w:b/>
          <w:bCs/>
          <w:iCs/>
          <w:sz w:val="18"/>
          <w:szCs w:val="18"/>
          <w:lang w:val="fr-FR"/>
        </w:rPr>
        <w:t>économiques</w:t>
      </w:r>
      <w:r w:rsidRPr="00FA3B8A">
        <w:rPr>
          <w:rFonts w:ascii="Arial" w:eastAsia="Arial" w:hAnsi="Arial"/>
          <w:b/>
          <w:bCs/>
          <w:iCs/>
          <w:sz w:val="18"/>
          <w:szCs w:val="18"/>
          <w:lang w:val="fr-FR"/>
        </w:rPr>
        <w:t> </w:t>
      </w:r>
      <w:r w:rsidRPr="00FA3B8A">
        <w:rPr>
          <w:rFonts w:ascii="Arial" w:eastAsia="Arial" w:hAnsi="Arial"/>
          <w:b/>
          <w:bCs/>
          <w:iCs/>
          <w:color w:val="555555"/>
          <w:sz w:val="18"/>
          <w:szCs w:val="18"/>
          <w:lang w:val="fr-FR"/>
        </w:rPr>
        <w:t>:</w:t>
      </w:r>
      <w:r>
        <w:rPr>
          <w:rFonts w:ascii="Arial" w:eastAsia="Arial" w:hAnsi="Arial"/>
          <w:b/>
          <w:bCs/>
          <w:i/>
          <w:color w:val="555555"/>
          <w:sz w:val="17"/>
          <w:lang w:val="fr-FR"/>
        </w:rPr>
        <w:t xml:space="preserve"> </w:t>
      </w:r>
      <w:r w:rsidR="002F14D0" w:rsidRPr="00FA3B8A">
        <w:rPr>
          <w:rFonts w:ascii="Arial" w:eastAsia="Arial" w:hAnsi="Arial"/>
          <w:i/>
          <w:color w:val="555555"/>
          <w:sz w:val="17"/>
          <w:lang w:val="fr-FR"/>
        </w:rPr>
        <w:t> </w:t>
      </w:r>
    </w:p>
    <w:p w14:paraId="3D5EA506" w14:textId="3160CF26" w:rsidR="00D457F3" w:rsidRPr="00FA3B8A" w:rsidRDefault="00D457F3" w:rsidP="00FA3B8A">
      <w:pPr>
        <w:spacing w:after="20" w:line="252" w:lineRule="auto"/>
        <w:ind w:left="720"/>
        <w:rPr>
          <w:rFonts w:ascii="Arial" w:eastAsia="Arial" w:hAnsi="Arial"/>
          <w:b/>
          <w:bCs/>
          <w:i/>
          <w:sz w:val="18"/>
          <w:szCs w:val="18"/>
          <w:lang w:val="fr-FR"/>
        </w:rPr>
      </w:pPr>
      <w:r w:rsidRPr="00D457F3">
        <w:rPr>
          <w:rFonts w:ascii="Arial" w:eastAsia="Arial" w:hAnsi="Arial"/>
          <w:sz w:val="18"/>
          <w:szCs w:val="18"/>
          <w:lang w:val="fr-FR"/>
        </w:rPr>
        <w:t>☐</w:t>
      </w:r>
      <w:r w:rsidRPr="00FA3B8A" w:rsidDel="00D457F3">
        <w:rPr>
          <w:rFonts w:ascii="Arial" w:eastAsia="Arial" w:hAnsi="Arial"/>
          <w:i/>
          <w:sz w:val="18"/>
          <w:szCs w:val="18"/>
          <w:lang w:val="fr-FR"/>
        </w:rPr>
        <w:t xml:space="preserve"> </w:t>
      </w:r>
      <w:r w:rsidR="00111882" w:rsidRPr="00FA3B8A">
        <w:rPr>
          <w:rFonts w:ascii="Arial" w:eastAsia="Arial" w:hAnsi="Arial"/>
          <w:i/>
          <w:sz w:val="18"/>
          <w:szCs w:val="18"/>
          <w:lang w:val="fr-FR"/>
        </w:rPr>
        <w:t>création d’emplois supplémentaires</w:t>
      </w:r>
      <w:r w:rsidRPr="00FA3B8A">
        <w:rPr>
          <w:rFonts w:ascii="Arial" w:eastAsia="Arial" w:hAnsi="Arial"/>
          <w:b/>
          <w:bCs/>
          <w:i/>
          <w:sz w:val="18"/>
          <w:szCs w:val="18"/>
          <w:lang w:val="fr-FR"/>
        </w:rPr>
        <w:t xml:space="preserve">   </w:t>
      </w:r>
      <w:r w:rsidRPr="00D457F3">
        <w:rPr>
          <w:rFonts w:ascii="Arial" w:eastAsia="Arial" w:hAnsi="Arial"/>
          <w:sz w:val="18"/>
          <w:szCs w:val="18"/>
          <w:lang w:val="fr-FR"/>
        </w:rPr>
        <w:t>☐</w:t>
      </w:r>
      <w:r w:rsidR="00111882" w:rsidRPr="00FA3B8A">
        <w:rPr>
          <w:rFonts w:ascii="Arial" w:eastAsia="Arial" w:hAnsi="Arial"/>
          <w:i/>
          <w:sz w:val="18"/>
          <w:szCs w:val="18"/>
          <w:lang w:val="fr-FR"/>
        </w:rPr>
        <w:t xml:space="preserve"> augmentation d</w:t>
      </w:r>
      <w:r w:rsidR="00B950F9" w:rsidRPr="00FA3B8A">
        <w:rPr>
          <w:rFonts w:ascii="Arial" w:eastAsia="Arial" w:hAnsi="Arial"/>
          <w:i/>
          <w:sz w:val="18"/>
          <w:szCs w:val="18"/>
          <w:lang w:val="fr-FR"/>
        </w:rPr>
        <w:t>e revenus</w:t>
      </w:r>
      <w:r w:rsidR="004D39F3" w:rsidRPr="00FA3B8A">
        <w:rPr>
          <w:rFonts w:ascii="Arial" w:eastAsia="Arial" w:hAnsi="Arial"/>
          <w:i/>
          <w:sz w:val="18"/>
          <w:szCs w:val="18"/>
          <w:lang w:val="fr-FR"/>
        </w:rPr>
        <w:t xml:space="preserve"> de l’entreprise, des producteurs, des fournisseurs ou des </w:t>
      </w:r>
      <w:proofErr w:type="gramStart"/>
      <w:r w:rsidR="004D39F3" w:rsidRPr="00FA3B8A">
        <w:rPr>
          <w:rFonts w:ascii="Arial" w:eastAsia="Arial" w:hAnsi="Arial"/>
          <w:i/>
          <w:sz w:val="18"/>
          <w:szCs w:val="18"/>
          <w:lang w:val="fr-FR"/>
        </w:rPr>
        <w:t>partenaires</w:t>
      </w:r>
      <w:r w:rsidRPr="00FA3B8A">
        <w:rPr>
          <w:rFonts w:ascii="Arial" w:eastAsia="Arial" w:hAnsi="Arial"/>
          <w:i/>
          <w:sz w:val="18"/>
          <w:szCs w:val="18"/>
          <w:lang w:val="fr-FR"/>
        </w:rPr>
        <w:t xml:space="preserve">  </w:t>
      </w:r>
      <w:r w:rsidRPr="00D457F3">
        <w:rPr>
          <w:rFonts w:ascii="Arial" w:eastAsia="Arial" w:hAnsi="Arial"/>
          <w:sz w:val="18"/>
          <w:szCs w:val="18"/>
          <w:lang w:val="fr-FR"/>
        </w:rPr>
        <w:t>☐</w:t>
      </w:r>
      <w:proofErr w:type="gramEnd"/>
      <w:r>
        <w:rPr>
          <w:rFonts w:ascii="Arial" w:eastAsia="Arial" w:hAnsi="Arial"/>
          <w:sz w:val="18"/>
          <w:szCs w:val="18"/>
          <w:lang w:val="fr-FR"/>
        </w:rPr>
        <w:t xml:space="preserve"> </w:t>
      </w:r>
      <w:r w:rsidR="009E6E1F" w:rsidRPr="00FA3B8A">
        <w:rPr>
          <w:rFonts w:ascii="Arial" w:eastAsia="Arial" w:hAnsi="Arial"/>
          <w:i/>
          <w:sz w:val="18"/>
          <w:szCs w:val="18"/>
          <w:lang w:val="fr-FR"/>
        </w:rPr>
        <w:t>stimulation des filières locales</w:t>
      </w:r>
      <w:r w:rsidRPr="00FA3B8A">
        <w:rPr>
          <w:rFonts w:ascii="Arial" w:eastAsia="Arial" w:hAnsi="Arial"/>
          <w:i/>
          <w:sz w:val="18"/>
          <w:szCs w:val="18"/>
          <w:lang w:val="fr-FR"/>
        </w:rPr>
        <w:t xml:space="preserve">  </w:t>
      </w:r>
      <w:r w:rsidRPr="00D457F3">
        <w:rPr>
          <w:rFonts w:ascii="Arial" w:eastAsia="Arial" w:hAnsi="Arial"/>
          <w:sz w:val="18"/>
          <w:szCs w:val="18"/>
          <w:lang w:val="fr-FR"/>
        </w:rPr>
        <w:t>☐</w:t>
      </w:r>
      <w:r>
        <w:rPr>
          <w:rFonts w:ascii="Arial" w:eastAsia="Arial" w:hAnsi="Arial"/>
          <w:sz w:val="18"/>
          <w:szCs w:val="18"/>
          <w:lang w:val="fr-FR"/>
        </w:rPr>
        <w:t xml:space="preserve"> </w:t>
      </w:r>
      <w:r w:rsidR="004D39F3" w:rsidRPr="00FA3B8A">
        <w:rPr>
          <w:rFonts w:ascii="Arial" w:eastAsia="Arial" w:hAnsi="Arial"/>
          <w:i/>
          <w:sz w:val="18"/>
          <w:szCs w:val="18"/>
          <w:lang w:val="fr-FR"/>
        </w:rPr>
        <w:t>amélioration des marges</w:t>
      </w:r>
      <w:r w:rsidRPr="00FA3B8A">
        <w:rPr>
          <w:rFonts w:ascii="Arial" w:eastAsia="Arial" w:hAnsi="Arial"/>
          <w:i/>
          <w:sz w:val="18"/>
          <w:szCs w:val="18"/>
          <w:lang w:val="fr-FR"/>
        </w:rPr>
        <w:t xml:space="preserve">  </w:t>
      </w:r>
      <w:r w:rsidRPr="00D457F3">
        <w:rPr>
          <w:rFonts w:ascii="Arial" w:eastAsia="Arial" w:hAnsi="Arial"/>
          <w:sz w:val="18"/>
          <w:szCs w:val="18"/>
          <w:lang w:val="fr-FR"/>
        </w:rPr>
        <w:t>☐</w:t>
      </w:r>
      <w:r w:rsidR="004D39F3" w:rsidRPr="00FA3B8A">
        <w:rPr>
          <w:rFonts w:ascii="Arial" w:eastAsia="Arial" w:hAnsi="Arial"/>
          <w:i/>
          <w:sz w:val="18"/>
          <w:szCs w:val="18"/>
          <w:lang w:val="fr-FR"/>
        </w:rPr>
        <w:t xml:space="preserve"> stabilité des revenus</w:t>
      </w:r>
    </w:p>
    <w:p w14:paraId="3F5083F4" w14:textId="4D8FB3D6" w:rsidR="00D457F3" w:rsidRDefault="00D457F3" w:rsidP="00D457F3">
      <w:pPr>
        <w:spacing w:after="20" w:line="252" w:lineRule="auto"/>
        <w:ind w:firstLine="720"/>
        <w:rPr>
          <w:rFonts w:ascii="Arial" w:eastAsia="Arial" w:hAnsi="Arial"/>
          <w:sz w:val="18"/>
          <w:szCs w:val="18"/>
          <w:lang w:val="fr-FR"/>
        </w:rPr>
      </w:pPr>
      <w:r w:rsidRPr="00D457F3">
        <w:rPr>
          <w:rFonts w:ascii="Arial" w:eastAsia="Arial" w:hAnsi="Arial"/>
          <w:sz w:val="18"/>
          <w:szCs w:val="18"/>
          <w:lang w:val="fr-FR"/>
        </w:rPr>
        <w:t>☐ autres (à préciser)</w:t>
      </w:r>
      <w:r>
        <w:rPr>
          <w:rFonts w:ascii="Arial" w:eastAsia="Arial" w:hAnsi="Arial"/>
          <w:sz w:val="18"/>
          <w:szCs w:val="18"/>
          <w:lang w:val="fr-FR"/>
        </w:rPr>
        <w:t xml:space="preserve"> : </w:t>
      </w:r>
    </w:p>
    <w:p w14:paraId="1CF2E745" w14:textId="4BE9A494" w:rsidR="00D457F3" w:rsidRDefault="00D457F3" w:rsidP="00D457F3">
      <w:pPr>
        <w:spacing w:after="20" w:line="252" w:lineRule="auto"/>
        <w:ind w:firstLine="720"/>
        <w:rPr>
          <w:rFonts w:ascii="Arial" w:eastAsia="Arial" w:hAnsi="Arial"/>
          <w:sz w:val="18"/>
          <w:szCs w:val="18"/>
          <w:lang w:val="fr-FR"/>
        </w:rPr>
      </w:pPr>
    </w:p>
    <w:p w14:paraId="5D5B9D2D" w14:textId="77777777" w:rsidR="00D457F3" w:rsidRDefault="00D457F3" w:rsidP="00D457F3">
      <w:pPr>
        <w:spacing w:after="20" w:line="252" w:lineRule="auto"/>
        <w:ind w:firstLine="720"/>
        <w:rPr>
          <w:rFonts w:ascii="Arial" w:eastAsia="Arial" w:hAnsi="Arial"/>
          <w:i/>
          <w:color w:val="555555"/>
          <w:sz w:val="17"/>
          <w:lang w:val="fr-FR"/>
        </w:rPr>
      </w:pPr>
    </w:p>
    <w:p w14:paraId="18A29AED" w14:textId="4DA0ACD8" w:rsidR="00D457F3" w:rsidRPr="00FA3B8A" w:rsidRDefault="00D457F3" w:rsidP="00D457F3">
      <w:pPr>
        <w:spacing w:after="20" w:line="252" w:lineRule="auto"/>
        <w:rPr>
          <w:rFonts w:ascii="Arial" w:eastAsia="Arial" w:hAnsi="Arial"/>
          <w:iCs/>
          <w:sz w:val="18"/>
          <w:szCs w:val="18"/>
          <w:lang w:val="fr-FR"/>
        </w:rPr>
      </w:pPr>
      <w:r w:rsidRPr="00FE3E60">
        <w:rPr>
          <w:rFonts w:ascii="Arial" w:eastAsia="Arial" w:hAnsi="Arial"/>
          <w:sz w:val="18"/>
          <w:lang w:val="fr-FR"/>
        </w:rPr>
        <w:t>☐</w:t>
      </w:r>
      <w:r>
        <w:rPr>
          <w:rFonts w:ascii="Arial" w:eastAsia="Arial" w:hAnsi="Arial"/>
          <w:sz w:val="18"/>
          <w:lang w:val="fr-FR"/>
        </w:rPr>
        <w:t xml:space="preserve"> </w:t>
      </w:r>
      <w:r w:rsidR="007D1593" w:rsidRPr="00FA3B8A">
        <w:rPr>
          <w:rFonts w:ascii="Arial" w:eastAsia="Arial" w:hAnsi="Arial"/>
          <w:b/>
          <w:bCs/>
          <w:iCs/>
          <w:sz w:val="18"/>
          <w:szCs w:val="18"/>
          <w:lang w:val="fr-FR"/>
        </w:rPr>
        <w:t>i</w:t>
      </w:r>
      <w:r w:rsidR="00B950F9" w:rsidRPr="00FA3B8A">
        <w:rPr>
          <w:rFonts w:ascii="Arial" w:eastAsia="Arial" w:hAnsi="Arial"/>
          <w:b/>
          <w:bCs/>
          <w:iCs/>
          <w:sz w:val="18"/>
          <w:szCs w:val="18"/>
          <w:lang w:val="fr-FR"/>
        </w:rPr>
        <w:t>mpacts sociaux</w:t>
      </w:r>
      <w:r w:rsidRPr="00FA3B8A">
        <w:rPr>
          <w:rFonts w:ascii="Arial" w:eastAsia="Arial" w:hAnsi="Arial"/>
          <w:b/>
          <w:bCs/>
          <w:iCs/>
          <w:sz w:val="18"/>
          <w:szCs w:val="18"/>
          <w:lang w:val="fr-FR"/>
        </w:rPr>
        <w:t> :</w:t>
      </w:r>
      <w:r w:rsidRPr="00FA3B8A">
        <w:rPr>
          <w:rFonts w:ascii="Arial" w:eastAsia="Arial" w:hAnsi="Arial"/>
          <w:iCs/>
          <w:sz w:val="18"/>
          <w:szCs w:val="18"/>
          <w:lang w:val="fr-FR"/>
        </w:rPr>
        <w:t xml:space="preserve"> </w:t>
      </w:r>
    </w:p>
    <w:p w14:paraId="1A5D57A5" w14:textId="1CF60137" w:rsidR="00D457F3" w:rsidRPr="00FA3B8A" w:rsidRDefault="00D457F3" w:rsidP="00D457F3">
      <w:pPr>
        <w:spacing w:after="20" w:line="252" w:lineRule="auto"/>
        <w:ind w:firstLine="720"/>
        <w:rPr>
          <w:rFonts w:ascii="Arial" w:eastAsia="Arial" w:hAnsi="Arial"/>
          <w:iCs/>
          <w:sz w:val="18"/>
          <w:szCs w:val="18"/>
          <w:lang w:val="fr-FR"/>
        </w:rPr>
      </w:pPr>
      <w:bookmarkStart w:id="0" w:name="_Hlk235023479"/>
      <w:r w:rsidRPr="00D457F3">
        <w:rPr>
          <w:rFonts w:ascii="Arial" w:eastAsia="Arial" w:hAnsi="Arial"/>
          <w:iCs/>
          <w:sz w:val="18"/>
          <w:szCs w:val="18"/>
          <w:lang w:val="fr-FR"/>
        </w:rPr>
        <w:t>☐</w:t>
      </w:r>
      <w:bookmarkEnd w:id="0"/>
      <w:r w:rsidRPr="00FA3B8A" w:rsidDel="00D457F3">
        <w:rPr>
          <w:rFonts w:ascii="Arial" w:eastAsia="Arial" w:hAnsi="Arial"/>
          <w:iCs/>
          <w:sz w:val="18"/>
          <w:szCs w:val="18"/>
          <w:lang w:val="fr-FR"/>
        </w:rPr>
        <w:t xml:space="preserve"> </w:t>
      </w:r>
      <w:r w:rsidR="009E6E1F" w:rsidRPr="00FA3B8A">
        <w:rPr>
          <w:rFonts w:ascii="Arial" w:eastAsia="Arial" w:hAnsi="Arial"/>
          <w:iCs/>
          <w:sz w:val="18"/>
          <w:szCs w:val="18"/>
          <w:lang w:val="fr-FR"/>
        </w:rPr>
        <w:t>formations d</w:t>
      </w:r>
      <w:r w:rsidR="00B91F20" w:rsidRPr="00FA3B8A">
        <w:rPr>
          <w:rFonts w:ascii="Arial" w:eastAsia="Arial" w:hAnsi="Arial"/>
          <w:iCs/>
          <w:sz w:val="18"/>
          <w:szCs w:val="18"/>
          <w:lang w:val="fr-FR"/>
        </w:rPr>
        <w:t>’employés ou de partenaires</w:t>
      </w:r>
      <w:r w:rsidRPr="00FA3B8A">
        <w:rPr>
          <w:rFonts w:ascii="Arial" w:eastAsia="Arial" w:hAnsi="Arial"/>
          <w:iCs/>
          <w:sz w:val="18"/>
          <w:szCs w:val="18"/>
          <w:lang w:val="fr-FR"/>
        </w:rPr>
        <w:t xml:space="preserve">   </w:t>
      </w:r>
      <w:r w:rsidRPr="00D457F3">
        <w:rPr>
          <w:rFonts w:ascii="Arial" w:eastAsia="Arial" w:hAnsi="Arial"/>
          <w:iCs/>
          <w:sz w:val="18"/>
          <w:szCs w:val="18"/>
          <w:lang w:val="fr-FR"/>
        </w:rPr>
        <w:t xml:space="preserve">☐ </w:t>
      </w:r>
      <w:r w:rsidR="00B91F20" w:rsidRPr="00FA3B8A">
        <w:rPr>
          <w:rFonts w:ascii="Arial" w:eastAsia="Arial" w:hAnsi="Arial"/>
          <w:iCs/>
          <w:sz w:val="18"/>
          <w:szCs w:val="18"/>
          <w:lang w:val="fr-FR"/>
        </w:rPr>
        <w:t>contribution de l’inclusion des populations</w:t>
      </w:r>
      <w:r w:rsidR="004D39F3" w:rsidRPr="00FA3B8A">
        <w:rPr>
          <w:rFonts w:ascii="Arial" w:eastAsia="Arial" w:hAnsi="Arial"/>
          <w:iCs/>
          <w:sz w:val="18"/>
          <w:szCs w:val="18"/>
          <w:lang w:val="fr-FR"/>
        </w:rPr>
        <w:t xml:space="preserve"> en tant que clients, fournisseurs</w:t>
      </w:r>
      <w:r w:rsidRPr="00FA3B8A">
        <w:rPr>
          <w:rFonts w:ascii="Arial" w:eastAsia="Arial" w:hAnsi="Arial"/>
          <w:iCs/>
          <w:sz w:val="18"/>
          <w:szCs w:val="18"/>
          <w:lang w:val="fr-FR"/>
        </w:rPr>
        <w:t xml:space="preserve"> </w:t>
      </w:r>
    </w:p>
    <w:p w14:paraId="2A302449" w14:textId="77777777" w:rsidR="00D457F3" w:rsidRPr="00D457F3" w:rsidRDefault="00D457F3" w:rsidP="00D457F3">
      <w:pPr>
        <w:spacing w:after="20" w:line="252" w:lineRule="auto"/>
        <w:ind w:firstLine="720"/>
        <w:rPr>
          <w:rFonts w:ascii="Arial" w:eastAsia="Arial" w:hAnsi="Arial"/>
          <w:iCs/>
          <w:sz w:val="18"/>
          <w:szCs w:val="18"/>
          <w:lang w:val="fr-FR"/>
        </w:rPr>
      </w:pPr>
      <w:r w:rsidRPr="00D457F3">
        <w:rPr>
          <w:rFonts w:ascii="Arial" w:eastAsia="Arial" w:hAnsi="Arial"/>
          <w:iCs/>
          <w:sz w:val="18"/>
          <w:szCs w:val="18"/>
          <w:lang w:val="fr-FR"/>
        </w:rPr>
        <w:t xml:space="preserve">☐ autres (à préciser) : </w:t>
      </w:r>
    </w:p>
    <w:p w14:paraId="6F6B41D1" w14:textId="77777777" w:rsidR="00D457F3" w:rsidRPr="00D457F3" w:rsidRDefault="00D457F3" w:rsidP="00D457F3">
      <w:pPr>
        <w:spacing w:after="20" w:line="252" w:lineRule="auto"/>
        <w:ind w:firstLine="720"/>
        <w:rPr>
          <w:rFonts w:ascii="Arial" w:eastAsia="Arial" w:hAnsi="Arial"/>
          <w:iCs/>
          <w:sz w:val="18"/>
          <w:szCs w:val="18"/>
          <w:lang w:val="fr-FR"/>
        </w:rPr>
      </w:pPr>
    </w:p>
    <w:p w14:paraId="055FED62" w14:textId="298BC2DB" w:rsidR="00D457F3" w:rsidRPr="00FA3B8A" w:rsidRDefault="00D457F3" w:rsidP="00D457F3">
      <w:pPr>
        <w:spacing w:after="20" w:line="252" w:lineRule="auto"/>
        <w:rPr>
          <w:rFonts w:ascii="Arial" w:eastAsia="Arial" w:hAnsi="Arial"/>
          <w:b/>
          <w:bCs/>
          <w:iCs/>
          <w:sz w:val="18"/>
          <w:szCs w:val="18"/>
          <w:lang w:val="fr-FR"/>
        </w:rPr>
      </w:pPr>
      <w:r w:rsidRPr="00D457F3">
        <w:rPr>
          <w:rFonts w:ascii="Arial" w:eastAsia="Arial" w:hAnsi="Arial"/>
          <w:iCs/>
          <w:sz w:val="18"/>
          <w:szCs w:val="18"/>
          <w:lang w:val="fr-FR"/>
        </w:rPr>
        <w:t>☐</w:t>
      </w:r>
      <w:r w:rsidR="007D1593" w:rsidRPr="00FA3B8A">
        <w:rPr>
          <w:rFonts w:ascii="Arial" w:eastAsia="Arial" w:hAnsi="Arial"/>
          <w:iCs/>
          <w:sz w:val="18"/>
          <w:szCs w:val="18"/>
          <w:lang w:val="fr-FR"/>
        </w:rPr>
        <w:t xml:space="preserve"> </w:t>
      </w:r>
      <w:r w:rsidR="007D1593" w:rsidRPr="00FA3B8A">
        <w:rPr>
          <w:rFonts w:ascii="Arial" w:eastAsia="Arial" w:hAnsi="Arial"/>
          <w:b/>
          <w:bCs/>
          <w:iCs/>
          <w:sz w:val="18"/>
          <w:szCs w:val="18"/>
          <w:lang w:val="fr-FR"/>
        </w:rPr>
        <w:t>impacts sur l’écosystème</w:t>
      </w:r>
      <w:r w:rsidRPr="00FA3B8A">
        <w:rPr>
          <w:rFonts w:ascii="Arial" w:eastAsia="Arial" w:hAnsi="Arial"/>
          <w:b/>
          <w:bCs/>
          <w:iCs/>
          <w:sz w:val="18"/>
          <w:szCs w:val="18"/>
          <w:lang w:val="fr-FR"/>
        </w:rPr>
        <w:t xml:space="preserve"> : </w:t>
      </w:r>
    </w:p>
    <w:p w14:paraId="38751D83" w14:textId="71BF2279" w:rsidR="00621A16" w:rsidRPr="00FA3B8A" w:rsidRDefault="00D457F3" w:rsidP="00FA3B8A">
      <w:pPr>
        <w:spacing w:after="20" w:line="252" w:lineRule="auto"/>
        <w:rPr>
          <w:rFonts w:ascii="Arial" w:eastAsia="Arial" w:hAnsi="Arial"/>
          <w:b/>
          <w:bCs/>
          <w:i/>
          <w:color w:val="555555"/>
          <w:sz w:val="17"/>
          <w:lang w:val="fr-FR"/>
        </w:rPr>
      </w:pPr>
      <w:proofErr w:type="spellStart"/>
      <w:r w:rsidRPr="00FA3B8A">
        <w:rPr>
          <w:rFonts w:ascii="Arial" w:hAnsi="Arial" w:cs="Arial"/>
          <w:color w:val="475569"/>
          <w:sz w:val="17"/>
          <w:szCs w:val="17"/>
          <w:shd w:val="clear" w:color="auto" w:fill="FFFFFF"/>
        </w:rPr>
        <w:t>Soutien</w:t>
      </w:r>
      <w:proofErr w:type="spellEnd"/>
      <w:r w:rsidRPr="00FA3B8A">
        <w:rPr>
          <w:rFonts w:ascii="Arial" w:hAnsi="Arial" w:cs="Arial"/>
          <w:color w:val="475569"/>
          <w:sz w:val="17"/>
          <w:szCs w:val="17"/>
          <w:shd w:val="clear" w:color="auto" w:fill="FFFFFF"/>
        </w:rPr>
        <w:t xml:space="preserve"> à </w:t>
      </w:r>
      <w:proofErr w:type="spellStart"/>
      <w:r w:rsidRPr="00FA3B8A">
        <w:rPr>
          <w:rFonts w:ascii="Arial" w:hAnsi="Arial" w:cs="Arial"/>
          <w:color w:val="475569"/>
          <w:sz w:val="17"/>
          <w:szCs w:val="17"/>
          <w:shd w:val="clear" w:color="auto" w:fill="FFFFFF"/>
        </w:rPr>
        <w:t>d’autres</w:t>
      </w:r>
      <w:proofErr w:type="spellEnd"/>
      <w:r w:rsidRPr="00FA3B8A">
        <w:rPr>
          <w:rFonts w:ascii="Arial" w:hAnsi="Arial" w:cs="Arial"/>
          <w:color w:val="475569"/>
          <w:sz w:val="17"/>
          <w:szCs w:val="17"/>
          <w:shd w:val="clear" w:color="auto" w:fill="FFFFFF"/>
        </w:rPr>
        <w:t xml:space="preserve"> </w:t>
      </w:r>
      <w:proofErr w:type="spellStart"/>
      <w:r w:rsidRPr="00FA3B8A">
        <w:rPr>
          <w:rFonts w:ascii="Arial" w:hAnsi="Arial" w:cs="Arial"/>
          <w:color w:val="475569"/>
          <w:sz w:val="17"/>
          <w:szCs w:val="17"/>
          <w:shd w:val="clear" w:color="auto" w:fill="FFFFFF"/>
        </w:rPr>
        <w:t>entreprises</w:t>
      </w:r>
      <w:proofErr w:type="spellEnd"/>
      <w:r w:rsidRPr="00FA3B8A">
        <w:rPr>
          <w:rFonts w:ascii="Arial" w:hAnsi="Arial" w:cs="Arial"/>
          <w:color w:val="475569"/>
          <w:sz w:val="17"/>
          <w:szCs w:val="17"/>
          <w:shd w:val="clear" w:color="auto" w:fill="FFFFFF"/>
        </w:rPr>
        <w:t xml:space="preserve"> locales (par </w:t>
      </w:r>
      <w:proofErr w:type="spellStart"/>
      <w:r w:rsidRPr="00FA3B8A">
        <w:rPr>
          <w:rFonts w:ascii="Arial" w:hAnsi="Arial" w:cs="Arial"/>
          <w:color w:val="475569"/>
          <w:sz w:val="17"/>
          <w:szCs w:val="17"/>
          <w:shd w:val="clear" w:color="auto" w:fill="FFFFFF"/>
        </w:rPr>
        <w:t>exemple</w:t>
      </w:r>
      <w:proofErr w:type="spellEnd"/>
      <w:r w:rsidRPr="00FA3B8A">
        <w:rPr>
          <w:rFonts w:ascii="Arial" w:hAnsi="Arial" w:cs="Arial"/>
          <w:color w:val="475569"/>
          <w:sz w:val="17"/>
          <w:szCs w:val="17"/>
          <w:shd w:val="clear" w:color="auto" w:fill="FFFFFF"/>
        </w:rPr>
        <w:t xml:space="preserve">, </w:t>
      </w:r>
      <w:proofErr w:type="spellStart"/>
      <w:r w:rsidRPr="00FA3B8A">
        <w:rPr>
          <w:rFonts w:ascii="Arial" w:hAnsi="Arial" w:cs="Arial"/>
          <w:color w:val="475569"/>
          <w:sz w:val="17"/>
          <w:szCs w:val="17"/>
          <w:shd w:val="clear" w:color="auto" w:fill="FFFFFF"/>
        </w:rPr>
        <w:t>plateforme</w:t>
      </w:r>
      <w:proofErr w:type="spellEnd"/>
      <w:r w:rsidRPr="00FA3B8A">
        <w:rPr>
          <w:rFonts w:ascii="Arial" w:hAnsi="Arial" w:cs="Arial"/>
          <w:color w:val="475569"/>
          <w:sz w:val="17"/>
          <w:szCs w:val="17"/>
          <w:shd w:val="clear" w:color="auto" w:fill="FFFFFF"/>
        </w:rPr>
        <w:t xml:space="preserve"> qui </w:t>
      </w:r>
      <w:proofErr w:type="spellStart"/>
      <w:r w:rsidRPr="00FA3B8A">
        <w:rPr>
          <w:rFonts w:ascii="Arial" w:hAnsi="Arial" w:cs="Arial"/>
          <w:color w:val="475569"/>
          <w:sz w:val="17"/>
          <w:szCs w:val="17"/>
          <w:shd w:val="clear" w:color="auto" w:fill="FFFFFF"/>
        </w:rPr>
        <w:t>connecte</w:t>
      </w:r>
      <w:proofErr w:type="spellEnd"/>
      <w:r w:rsidRPr="00FA3B8A">
        <w:rPr>
          <w:rFonts w:ascii="Arial" w:hAnsi="Arial" w:cs="Arial"/>
          <w:color w:val="475569"/>
          <w:sz w:val="17"/>
          <w:szCs w:val="17"/>
          <w:shd w:val="clear" w:color="auto" w:fill="FFFFFF"/>
        </w:rPr>
        <w:t xml:space="preserve"> les </w:t>
      </w:r>
      <w:proofErr w:type="spellStart"/>
      <w:r w:rsidRPr="00FA3B8A">
        <w:rPr>
          <w:rFonts w:ascii="Arial" w:hAnsi="Arial" w:cs="Arial"/>
          <w:color w:val="475569"/>
          <w:sz w:val="17"/>
          <w:szCs w:val="17"/>
          <w:shd w:val="clear" w:color="auto" w:fill="FFFFFF"/>
        </w:rPr>
        <w:t>différents</w:t>
      </w:r>
      <w:proofErr w:type="spellEnd"/>
      <w:r w:rsidRPr="00FA3B8A">
        <w:rPr>
          <w:rFonts w:ascii="Arial" w:hAnsi="Arial" w:cs="Arial"/>
          <w:color w:val="475569"/>
          <w:sz w:val="17"/>
          <w:szCs w:val="17"/>
          <w:shd w:val="clear" w:color="auto" w:fill="FFFFFF"/>
        </w:rPr>
        <w:t xml:space="preserve"> </w:t>
      </w:r>
      <w:proofErr w:type="spellStart"/>
      <w:r w:rsidRPr="00FA3B8A">
        <w:rPr>
          <w:rFonts w:ascii="Arial" w:hAnsi="Arial" w:cs="Arial"/>
          <w:color w:val="475569"/>
          <w:sz w:val="17"/>
          <w:szCs w:val="17"/>
          <w:shd w:val="clear" w:color="auto" w:fill="FFFFFF"/>
        </w:rPr>
        <w:t>acteurs</w:t>
      </w:r>
      <w:proofErr w:type="spellEnd"/>
      <w:r w:rsidRPr="00FA3B8A">
        <w:rPr>
          <w:rFonts w:ascii="Arial" w:hAnsi="Arial" w:cs="Arial"/>
          <w:color w:val="475569"/>
          <w:sz w:val="17"/>
          <w:szCs w:val="17"/>
          <w:shd w:val="clear" w:color="auto" w:fill="FFFFFF"/>
        </w:rPr>
        <w:t xml:space="preserve"> des </w:t>
      </w:r>
      <w:proofErr w:type="spellStart"/>
      <w:r w:rsidRPr="00FA3B8A">
        <w:rPr>
          <w:rFonts w:ascii="Arial" w:hAnsi="Arial" w:cs="Arial"/>
          <w:color w:val="475569"/>
          <w:sz w:val="17"/>
          <w:szCs w:val="17"/>
          <w:shd w:val="clear" w:color="auto" w:fill="FFFFFF"/>
        </w:rPr>
        <w:t>chaînes</w:t>
      </w:r>
      <w:proofErr w:type="spellEnd"/>
      <w:r w:rsidRPr="00FA3B8A">
        <w:rPr>
          <w:rFonts w:ascii="Arial" w:hAnsi="Arial" w:cs="Arial"/>
          <w:color w:val="475569"/>
          <w:sz w:val="17"/>
          <w:szCs w:val="17"/>
          <w:shd w:val="clear" w:color="auto" w:fill="FFFFFF"/>
        </w:rPr>
        <w:t xml:space="preserve"> de </w:t>
      </w:r>
      <w:proofErr w:type="spellStart"/>
      <w:r w:rsidRPr="00FA3B8A">
        <w:rPr>
          <w:rFonts w:ascii="Arial" w:hAnsi="Arial" w:cs="Arial"/>
          <w:color w:val="475569"/>
          <w:sz w:val="17"/>
          <w:szCs w:val="17"/>
          <w:shd w:val="clear" w:color="auto" w:fill="FFFFFF"/>
        </w:rPr>
        <w:t>valeur</w:t>
      </w:r>
      <w:proofErr w:type="spellEnd"/>
      <w:r w:rsidRPr="00FA3B8A">
        <w:rPr>
          <w:rFonts w:ascii="Arial" w:hAnsi="Arial" w:cs="Arial"/>
          <w:color w:val="475569"/>
          <w:sz w:val="17"/>
          <w:szCs w:val="17"/>
          <w:shd w:val="clear" w:color="auto" w:fill="FFFFFF"/>
        </w:rPr>
        <w:t xml:space="preserve"> entre </w:t>
      </w:r>
      <w:proofErr w:type="spellStart"/>
      <w:r w:rsidRPr="00FA3B8A">
        <w:rPr>
          <w:rFonts w:ascii="Arial" w:hAnsi="Arial" w:cs="Arial"/>
          <w:color w:val="475569"/>
          <w:sz w:val="17"/>
          <w:szCs w:val="17"/>
          <w:shd w:val="clear" w:color="auto" w:fill="FFFFFF"/>
        </w:rPr>
        <w:t>eux</w:t>
      </w:r>
      <w:proofErr w:type="spellEnd"/>
      <w:r w:rsidRPr="00FA3B8A">
        <w:rPr>
          <w:rFonts w:ascii="Arial" w:hAnsi="Arial" w:cs="Arial"/>
          <w:color w:val="475569"/>
          <w:sz w:val="17"/>
          <w:szCs w:val="17"/>
          <w:shd w:val="clear" w:color="auto" w:fill="FFFFFF"/>
        </w:rPr>
        <w:t>)</w:t>
      </w:r>
    </w:p>
    <w:p w14:paraId="2D57FFA9" w14:textId="77777777" w:rsidR="00D457F3" w:rsidRPr="00FE3E60" w:rsidRDefault="00D457F3" w:rsidP="00D457F3">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0156337B" w14:textId="77777777" w:rsidR="00D457F3" w:rsidRPr="00FE3E60" w:rsidRDefault="00D457F3" w:rsidP="00D457F3">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5E5D9965" w14:textId="77777777" w:rsidR="006B127E" w:rsidRDefault="006B127E">
      <w:pPr>
        <w:spacing w:before="40" w:after="20" w:line="252" w:lineRule="auto"/>
        <w:rPr>
          <w:rFonts w:ascii="Arial" w:eastAsia="Arial" w:hAnsi="Arial"/>
          <w:b/>
          <w:sz w:val="20"/>
          <w:lang w:val="fr-FR"/>
        </w:rPr>
      </w:pPr>
    </w:p>
    <w:p w14:paraId="212CD78E" w14:textId="2E6D6E4A" w:rsidR="000B25F3" w:rsidRPr="00FA3B8A" w:rsidRDefault="00584844">
      <w:pPr>
        <w:spacing w:before="40" w:after="20" w:line="252" w:lineRule="auto"/>
        <w:rPr>
          <w:rFonts w:ascii="Arial" w:eastAsia="Arial" w:hAnsi="Arial"/>
          <w:b/>
          <w:sz w:val="20"/>
          <w:lang w:val="fr-FR"/>
        </w:rPr>
      </w:pPr>
      <w:r>
        <w:rPr>
          <w:rFonts w:ascii="Arial" w:eastAsia="Arial" w:hAnsi="Arial"/>
          <w:b/>
          <w:sz w:val="20"/>
          <w:lang w:val="fr-FR"/>
        </w:rPr>
        <w:t>Avez-vous identifié des r</w:t>
      </w:r>
      <w:r w:rsidR="00013F07" w:rsidRPr="006B127E">
        <w:rPr>
          <w:rFonts w:ascii="Arial" w:eastAsia="Arial" w:hAnsi="Arial"/>
          <w:b/>
          <w:sz w:val="20"/>
          <w:lang w:val="fr-FR"/>
        </w:rPr>
        <w:t xml:space="preserve">isques environnementaux ou sociaux </w:t>
      </w:r>
      <w:r>
        <w:rPr>
          <w:rFonts w:ascii="Arial" w:eastAsia="Arial" w:hAnsi="Arial"/>
          <w:b/>
          <w:sz w:val="20"/>
          <w:lang w:val="fr-FR"/>
        </w:rPr>
        <w:t>au développement de votre entreprise ?</w:t>
      </w:r>
    </w:p>
    <w:p w14:paraId="50563276" w14:textId="77777777" w:rsidR="000B25F3" w:rsidRDefault="00013F07">
      <w:pPr>
        <w:spacing w:after="40" w:line="252" w:lineRule="auto"/>
        <w:rPr>
          <w:rFonts w:ascii="Arial" w:eastAsia="Arial" w:hAnsi="Arial"/>
          <w:sz w:val="18"/>
          <w:lang w:val="fr-FR"/>
        </w:rPr>
      </w:pPr>
      <w:r w:rsidRPr="00FE3E60">
        <w:rPr>
          <w:rFonts w:ascii="Arial" w:eastAsia="Arial" w:hAnsi="Arial"/>
          <w:sz w:val="18"/>
          <w:lang w:val="fr-FR"/>
        </w:rPr>
        <w:t>☐ Oui    ☐ Non    ☐ À évaluer</w:t>
      </w:r>
    </w:p>
    <w:p w14:paraId="1D377349" w14:textId="77777777" w:rsidR="007D1593" w:rsidRPr="00FE3E60" w:rsidRDefault="007D1593">
      <w:pPr>
        <w:spacing w:after="40" w:line="252" w:lineRule="auto"/>
        <w:rPr>
          <w:lang w:val="fr-FR"/>
        </w:rPr>
      </w:pPr>
    </w:p>
    <w:p w14:paraId="15DAAFF9" w14:textId="0D090EB2" w:rsidR="000B25F3" w:rsidRPr="00FE3E60" w:rsidRDefault="00013F07">
      <w:pPr>
        <w:spacing w:before="40" w:after="20" w:line="252" w:lineRule="auto"/>
        <w:rPr>
          <w:lang w:val="fr-FR"/>
        </w:rPr>
      </w:pPr>
      <w:r w:rsidRPr="00FE3E60">
        <w:rPr>
          <w:rFonts w:ascii="Arial" w:eastAsia="Arial" w:hAnsi="Arial"/>
          <w:b/>
          <w:sz w:val="20"/>
          <w:lang w:val="fr-FR"/>
        </w:rPr>
        <w:t>Si oui, préciser les risques et les mesures</w:t>
      </w:r>
      <w:r w:rsidR="00FB7182">
        <w:rPr>
          <w:rFonts w:ascii="Arial" w:eastAsia="Arial" w:hAnsi="Arial"/>
          <w:b/>
          <w:sz w:val="20"/>
          <w:lang w:val="fr-FR"/>
        </w:rPr>
        <w:t xml:space="preserve"> de mitigation</w:t>
      </w:r>
      <w:r w:rsidRPr="00FE3E60">
        <w:rPr>
          <w:rFonts w:ascii="Arial" w:eastAsia="Arial" w:hAnsi="Arial"/>
          <w:b/>
          <w:sz w:val="20"/>
          <w:lang w:val="fr-FR"/>
        </w:rPr>
        <w:t xml:space="preserve"> prévues</w:t>
      </w:r>
      <w:r w:rsidR="00584844">
        <w:rPr>
          <w:rFonts w:ascii="Arial" w:eastAsia="Arial" w:hAnsi="Arial"/>
          <w:b/>
          <w:sz w:val="20"/>
          <w:lang w:val="fr-FR"/>
        </w:rPr>
        <w:t xml:space="preserve"> </w:t>
      </w:r>
      <w:r w:rsidR="006B382A">
        <w:rPr>
          <w:rFonts w:ascii="Arial" w:eastAsia="Arial" w:hAnsi="Arial"/>
          <w:b/>
          <w:sz w:val="20"/>
          <w:lang w:val="fr-FR"/>
        </w:rPr>
        <w:t>pour chacun des risques</w:t>
      </w:r>
      <w:r w:rsidRPr="00FE3E60">
        <w:rPr>
          <w:rFonts w:ascii="Arial" w:eastAsia="Arial" w:hAnsi="Arial"/>
          <w:b/>
          <w:sz w:val="20"/>
          <w:lang w:val="fr-FR"/>
        </w:rPr>
        <w:t xml:space="preserve"> :</w:t>
      </w:r>
    </w:p>
    <w:p w14:paraId="019DB030" w14:textId="77777777" w:rsidR="000B25F3" w:rsidRPr="00FE3E60" w:rsidRDefault="00013F07">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6500E6AE" w14:textId="053308FB" w:rsidR="00A12FAC" w:rsidRPr="00FE3E60" w:rsidRDefault="00013F07" w:rsidP="00530F7E">
      <w:pPr>
        <w:spacing w:after="0" w:line="252" w:lineRule="auto"/>
        <w:rPr>
          <w:lang w:val="fr-FR"/>
        </w:rPr>
      </w:pPr>
      <w:r w:rsidRPr="00FE3E60">
        <w:rPr>
          <w:rFonts w:ascii="Arial" w:eastAsia="Arial" w:hAnsi="Arial"/>
          <w:sz w:val="17"/>
          <w:lang w:val="fr-FR"/>
        </w:rPr>
        <w:t>______________________________________________________________________________________________________________</w:t>
      </w:r>
    </w:p>
    <w:p w14:paraId="03DF8C34" w14:textId="73E03584" w:rsidR="0067255F" w:rsidRDefault="0067255F">
      <w:pPr>
        <w:spacing w:before="200" w:after="80" w:line="252" w:lineRule="auto"/>
      </w:pPr>
    </w:p>
    <w:p w14:paraId="54D2E0C3" w14:textId="3A6EDD98" w:rsidR="00455E81" w:rsidRPr="00FA3B8A" w:rsidRDefault="00455E81" w:rsidP="00FA3B8A"/>
    <w:sectPr w:rsidR="00455E81" w:rsidRPr="00FA3B8A" w:rsidSect="00034616">
      <w:headerReference w:type="default" r:id="rId8"/>
      <w:footerReference w:type="even" r:id="rId9"/>
      <w:footerReference w:type="default" r:id="rId10"/>
      <w:footerReference w:type="first" r:id="rId11"/>
      <w:pgSz w:w="12240" w:h="15840"/>
      <w:pgMar w:top="794" w:right="850"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9B9FC" w14:textId="77777777" w:rsidR="006319B9" w:rsidRDefault="006319B9">
      <w:pPr>
        <w:spacing w:after="0" w:line="240" w:lineRule="auto"/>
      </w:pPr>
      <w:r>
        <w:separator/>
      </w:r>
    </w:p>
  </w:endnote>
  <w:endnote w:type="continuationSeparator" w:id="0">
    <w:p w14:paraId="5BDC6BE3" w14:textId="77777777" w:rsidR="006319B9" w:rsidRDefault="00631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B571" w14:textId="5635ABD7" w:rsidR="00C17FF3" w:rsidRDefault="008E25F4">
    <w:pPr>
      <w:pStyle w:val="Pieddepage"/>
    </w:pPr>
    <w:r>
      <w:rPr>
        <w:noProof/>
      </w:rPr>
      <mc:AlternateContent>
        <mc:Choice Requires="wps">
          <w:drawing>
            <wp:anchor distT="0" distB="0" distL="0" distR="0" simplePos="0" relativeHeight="251658241" behindDoc="0" locked="0" layoutInCell="1" allowOverlap="1" wp14:anchorId="640E483F" wp14:editId="380752B1">
              <wp:simplePos x="635" y="635"/>
              <wp:positionH relativeFrom="page">
                <wp:align>right</wp:align>
              </wp:positionH>
              <wp:positionV relativeFrom="page">
                <wp:align>bottom</wp:align>
              </wp:positionV>
              <wp:extent cx="1172210" cy="368935"/>
              <wp:effectExtent l="0" t="0" r="0" b="0"/>
              <wp:wrapNone/>
              <wp:docPr id="985005606"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11DCAF64" w14:textId="5A414606" w:rsidR="008E25F4" w:rsidRPr="008E25F4" w:rsidRDefault="008E25F4" w:rsidP="008E25F4">
                          <w:pPr>
                            <w:spacing w:after="0"/>
                            <w:rPr>
                              <w:rFonts w:ascii="Aptos" w:eastAsia="Aptos" w:hAnsi="Aptos" w:cs="Aptos"/>
                              <w:noProof/>
                              <w:color w:val="000000"/>
                              <w:sz w:val="20"/>
                              <w:szCs w:val="20"/>
                            </w:rPr>
                          </w:pPr>
                          <w:r w:rsidRPr="008E25F4">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40E483F"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9.0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" filled="f" stroked="f">
              <v:textbox style="mso-fit-shape-to-text:t" inset="0,0,20pt,15pt">
                <w:txbxContent>
                  <w:p w14:paraId="11DCAF64" w14:textId="5A414606" w:rsidR="008E25F4" w:rsidRPr="008E25F4" w:rsidRDefault="008E25F4" w:rsidP="008E25F4">
                    <w:pPr>
                      <w:spacing w:after="0"/>
                      <w:rPr>
                        <w:rFonts w:ascii="Aptos" w:eastAsia="Aptos" w:hAnsi="Aptos" w:cs="Aptos"/>
                        <w:noProof/>
                        <w:color w:val="000000"/>
                        <w:sz w:val="20"/>
                        <w:szCs w:val="20"/>
                      </w:rPr>
                    </w:pPr>
                    <w:r w:rsidRPr="008E25F4">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0F70C" w14:textId="658A45FF" w:rsidR="000B25F3" w:rsidRDefault="008E25F4">
    <w:pPr>
      <w:pStyle w:val="Pieddepage"/>
    </w:pPr>
    <w:r>
      <w:rPr>
        <w:noProof/>
      </w:rPr>
      <mc:AlternateContent>
        <mc:Choice Requires="wps">
          <w:drawing>
            <wp:anchor distT="0" distB="0" distL="0" distR="0" simplePos="0" relativeHeight="251658242" behindDoc="0" locked="0" layoutInCell="1" allowOverlap="1" wp14:anchorId="04AC314A" wp14:editId="7CED9067">
              <wp:simplePos x="539750" y="9182100"/>
              <wp:positionH relativeFrom="page">
                <wp:align>right</wp:align>
              </wp:positionH>
              <wp:positionV relativeFrom="page">
                <wp:align>bottom</wp:align>
              </wp:positionV>
              <wp:extent cx="1172210" cy="368935"/>
              <wp:effectExtent l="0" t="0" r="0" b="0"/>
              <wp:wrapNone/>
              <wp:docPr id="818798260"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6F254DC4" w14:textId="05253C29" w:rsidR="008E25F4" w:rsidRPr="008E25F4" w:rsidRDefault="008E25F4" w:rsidP="008E25F4">
                          <w:pPr>
                            <w:spacing w:after="0"/>
                            <w:rPr>
                              <w:rFonts w:ascii="Aptos" w:eastAsia="Aptos" w:hAnsi="Aptos" w:cs="Aptos"/>
                              <w:noProof/>
                              <w:color w:val="000000"/>
                              <w:sz w:val="20"/>
                              <w:szCs w:val="20"/>
                            </w:rPr>
                          </w:pPr>
                          <w:r w:rsidRPr="008E25F4">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4AC314A" id="_x0000_t202" coordsize="21600,21600" o:spt="202" path="m,l,21600r21600,l21600,xe">
              <v:stroke joinstyle="miter"/>
              <v:path gradientshapeok="t" o:connecttype="rect"/>
            </v:shapetype>
            <v:shape id="Text Box 3" o:spid="_x0000_s1027" type="#_x0000_t202" alt="Official Use Only" style="position:absolute;margin-left:41.1pt;margin-top:0;width:92.3pt;height:29.0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" filled="f" stroked="f">
              <v:textbox style="mso-fit-shape-to-text:t" inset="0,0,20pt,15pt">
                <w:txbxContent>
                  <w:p w14:paraId="6F254DC4" w14:textId="05253C29" w:rsidR="008E25F4" w:rsidRPr="008E25F4" w:rsidRDefault="008E25F4" w:rsidP="008E25F4">
                    <w:pPr>
                      <w:spacing w:after="0"/>
                      <w:rPr>
                        <w:rFonts w:ascii="Aptos" w:eastAsia="Aptos" w:hAnsi="Aptos" w:cs="Aptos"/>
                        <w:noProof/>
                        <w:color w:val="000000"/>
                        <w:sz w:val="20"/>
                        <w:szCs w:val="20"/>
                      </w:rPr>
                    </w:pPr>
                    <w:r w:rsidRPr="008E25F4">
                      <w:rPr>
                        <w:rFonts w:ascii="Aptos" w:eastAsia="Aptos" w:hAnsi="Aptos" w:cs="Aptos"/>
                        <w:noProof/>
                        <w:color w:val="000000"/>
                        <w:sz w:val="20"/>
                        <w:szCs w:val="20"/>
                      </w:rPr>
                      <w:t>Official Use Only</w:t>
                    </w:r>
                  </w:p>
                </w:txbxContent>
              </v:textbox>
              <w10:wrap anchorx="page" anchory="page"/>
            </v:shape>
          </w:pict>
        </mc:Fallback>
      </mc:AlternateContent>
    </w:r>
  </w:p>
  <w:tbl>
    <w:tblPr>
      <w:tblW w:w="0" w:type="auto"/>
      <w:jc w:val="center"/>
      <w:tblLook w:val="04A0" w:firstRow="1" w:lastRow="0" w:firstColumn="1" w:lastColumn="0" w:noHBand="0" w:noVBand="1"/>
    </w:tblPr>
    <w:tblGrid>
      <w:gridCol w:w="3120"/>
      <w:gridCol w:w="3120"/>
    </w:tblGrid>
    <w:tr w:rsidR="00C17FF3" w:rsidRPr="008E25F4" w14:paraId="0426427C" w14:textId="77777777">
      <w:trPr>
        <w:jc w:val="center"/>
      </w:trPr>
      <w:tc>
        <w:tcPr>
          <w:tcW w:w="3120" w:type="dxa"/>
          <w:tcBorders>
            <w:top w:val="single" w:sz="0" w:space="0" w:color="FFFFFF"/>
            <w:left w:val="single" w:sz="0" w:space="0" w:color="FFFFFF"/>
            <w:bottom w:val="single" w:sz="0" w:space="0" w:color="FFFFFF"/>
            <w:right w:val="single" w:sz="0" w:space="0" w:color="FFFFFF"/>
          </w:tcBorders>
        </w:tcPr>
        <w:p w14:paraId="283258A9" w14:textId="77777777" w:rsidR="00C17FF3" w:rsidRDefault="00C17FF3">
          <w:pPr>
            <w:spacing w:after="40" w:line="240" w:lineRule="auto"/>
          </w:pPr>
        </w:p>
      </w:tc>
      <w:tc>
        <w:tcPr>
          <w:tcW w:w="3120" w:type="dxa"/>
          <w:tcBorders>
            <w:top w:val="single" w:sz="0" w:space="0" w:color="FFFFFF"/>
            <w:left w:val="single" w:sz="0" w:space="0" w:color="FFFFFF"/>
            <w:bottom w:val="single" w:sz="0" w:space="0" w:color="FFFFFF"/>
            <w:right w:val="single" w:sz="0" w:space="0" w:color="FFFFFF"/>
          </w:tcBorders>
        </w:tcPr>
        <w:p w14:paraId="2E8001F2" w14:textId="22618A17" w:rsidR="00C17FF3" w:rsidRPr="008E25F4" w:rsidRDefault="00C17FF3">
          <w:pPr>
            <w:spacing w:after="40" w:line="240" w:lineRule="auto"/>
            <w:jc w:val="center"/>
            <w:rPr>
              <w:lang w:val="fr-FR"/>
            </w:rPr>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9800B" w14:textId="756FEBF3" w:rsidR="00C17FF3" w:rsidRDefault="008E25F4">
    <w:pPr>
      <w:pStyle w:val="Pieddepage"/>
    </w:pPr>
    <w:r>
      <w:rPr>
        <w:noProof/>
      </w:rPr>
      <mc:AlternateContent>
        <mc:Choice Requires="wps">
          <w:drawing>
            <wp:anchor distT="0" distB="0" distL="0" distR="0" simplePos="0" relativeHeight="251658240" behindDoc="0" locked="0" layoutInCell="1" allowOverlap="1" wp14:anchorId="61BBCF2C" wp14:editId="41C0D7F9">
              <wp:simplePos x="635" y="635"/>
              <wp:positionH relativeFrom="page">
                <wp:align>right</wp:align>
              </wp:positionH>
              <wp:positionV relativeFrom="page">
                <wp:align>bottom</wp:align>
              </wp:positionV>
              <wp:extent cx="1172210" cy="368935"/>
              <wp:effectExtent l="0" t="0" r="0" b="0"/>
              <wp:wrapNone/>
              <wp:docPr id="1653216462"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318F7C74" w14:textId="68A6491A" w:rsidR="008E25F4" w:rsidRPr="008E25F4" w:rsidRDefault="008E25F4" w:rsidP="008E25F4">
                          <w:pPr>
                            <w:spacing w:after="0"/>
                            <w:rPr>
                              <w:rFonts w:ascii="Aptos" w:eastAsia="Aptos" w:hAnsi="Aptos" w:cs="Aptos"/>
                              <w:noProof/>
                              <w:color w:val="000000"/>
                              <w:sz w:val="20"/>
                              <w:szCs w:val="20"/>
                            </w:rPr>
                          </w:pPr>
                          <w:r w:rsidRPr="008E25F4">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1BBCF2C"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9.0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" filled="f" stroked="f">
              <v:textbox style="mso-fit-shape-to-text:t" inset="0,0,20pt,15pt">
                <w:txbxContent>
                  <w:p w14:paraId="318F7C74" w14:textId="68A6491A" w:rsidR="008E25F4" w:rsidRPr="008E25F4" w:rsidRDefault="008E25F4" w:rsidP="008E25F4">
                    <w:pPr>
                      <w:spacing w:after="0"/>
                      <w:rPr>
                        <w:rFonts w:ascii="Aptos" w:eastAsia="Aptos" w:hAnsi="Aptos" w:cs="Aptos"/>
                        <w:noProof/>
                        <w:color w:val="000000"/>
                        <w:sz w:val="20"/>
                        <w:szCs w:val="20"/>
                      </w:rPr>
                    </w:pPr>
                    <w:r w:rsidRPr="008E25F4">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3932E" w14:textId="77777777" w:rsidR="006319B9" w:rsidRDefault="006319B9">
      <w:pPr>
        <w:spacing w:after="0" w:line="240" w:lineRule="auto"/>
      </w:pPr>
      <w:r>
        <w:separator/>
      </w:r>
    </w:p>
  </w:footnote>
  <w:footnote w:type="continuationSeparator" w:id="0">
    <w:p w14:paraId="67059C10" w14:textId="77777777" w:rsidR="006319B9" w:rsidRDefault="00631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66BC" w14:textId="77777777" w:rsidR="000B25F3" w:rsidRPr="008E25F4" w:rsidRDefault="00013F07">
    <w:pPr>
      <w:pStyle w:val="En-tte"/>
      <w:jc w:val="right"/>
      <w:rPr>
        <w:lang w:val="fr-FR"/>
      </w:rPr>
    </w:pPr>
    <w:r w:rsidRPr="008E25F4">
      <w:rPr>
        <w:color w:val="555555"/>
        <w:sz w:val="17"/>
        <w:lang w:val="fr-FR"/>
      </w:rPr>
      <w:t xml:space="preserve">Programme </w:t>
    </w:r>
    <w:proofErr w:type="spellStart"/>
    <w:r w:rsidRPr="008E25F4">
      <w:rPr>
        <w:color w:val="555555"/>
        <w:sz w:val="17"/>
        <w:lang w:val="fr-FR"/>
      </w:rPr>
      <w:t>Accélereo</w:t>
    </w:r>
    <w:proofErr w:type="spellEnd"/>
    <w:r w:rsidRPr="008E25F4">
      <w:rPr>
        <w:color w:val="555555"/>
        <w:sz w:val="17"/>
        <w:lang w:val="fr-FR"/>
      </w:rPr>
      <w:t xml:space="preserve"> – Fiche de candidature entreprise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236E7A14"/>
    <w:multiLevelType w:val="hybridMultilevel"/>
    <w:tmpl w:val="56905412"/>
    <w:lvl w:ilvl="0" w:tplc="6D2803C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9E4D47"/>
    <w:multiLevelType w:val="multilevel"/>
    <w:tmpl w:val="BEC66416"/>
    <w:lvl w:ilvl="0">
      <w:start w:val="1"/>
      <w:numFmt w:val="decimal"/>
      <w:lvlText w:val="%1."/>
      <w:lvlJc w:val="left"/>
      <w:pPr>
        <w:ind w:left="0" w:firstLine="0"/>
      </w:pPr>
      <w:rPr>
        <w:rFonts w:ascii="Arial" w:eastAsia="Arial" w:hAnsi="Arial" w:hint="default"/>
        <w:b/>
        <w:color w:val="1F4E79"/>
        <w:sz w:val="26"/>
      </w:rPr>
    </w:lvl>
    <w:lvl w:ilvl="1">
      <w:start w:val="1"/>
      <w:numFmt w:val="decimal"/>
      <w:lvlText w:val="%1.%2."/>
      <w:lvlJc w:val="left"/>
      <w:pPr>
        <w:ind w:left="0" w:firstLine="0"/>
      </w:pPr>
      <w:rPr>
        <w:rFonts w:ascii="Arial" w:eastAsia="Arial" w:hAnsi="Arial" w:hint="default"/>
        <w:b/>
        <w:color w:val="1F4E79"/>
        <w:sz w:val="26"/>
      </w:rPr>
    </w:lvl>
    <w:lvl w:ilvl="2">
      <w:start w:val="1"/>
      <w:numFmt w:val="decimal"/>
      <w:lvlText w:val="%1.%2.%3."/>
      <w:lvlJc w:val="left"/>
      <w:pPr>
        <w:ind w:left="360" w:hanging="360"/>
      </w:pPr>
      <w:rPr>
        <w:rFonts w:ascii="Arial" w:eastAsia="Arial" w:hAnsi="Arial" w:hint="default"/>
        <w:b/>
        <w:color w:val="1F4E79"/>
        <w:sz w:val="26"/>
      </w:rPr>
    </w:lvl>
    <w:lvl w:ilvl="3">
      <w:start w:val="1"/>
      <w:numFmt w:val="decimal"/>
      <w:lvlText w:val="%1.%2.%3.%4."/>
      <w:lvlJc w:val="left"/>
      <w:pPr>
        <w:ind w:left="360" w:hanging="360"/>
      </w:pPr>
      <w:rPr>
        <w:rFonts w:ascii="Arial" w:eastAsia="Arial" w:hAnsi="Arial" w:hint="default"/>
        <w:b/>
        <w:color w:val="1F4E79"/>
        <w:sz w:val="26"/>
      </w:rPr>
    </w:lvl>
    <w:lvl w:ilvl="4">
      <w:start w:val="1"/>
      <w:numFmt w:val="decimal"/>
      <w:lvlText w:val="%1.%2.%3.%4.%5."/>
      <w:lvlJc w:val="left"/>
      <w:pPr>
        <w:ind w:left="360" w:hanging="360"/>
      </w:pPr>
      <w:rPr>
        <w:rFonts w:ascii="Arial" w:eastAsia="Arial" w:hAnsi="Arial" w:hint="default"/>
        <w:b/>
        <w:color w:val="1F4E79"/>
        <w:sz w:val="26"/>
      </w:rPr>
    </w:lvl>
    <w:lvl w:ilvl="5">
      <w:start w:val="1"/>
      <w:numFmt w:val="decimal"/>
      <w:lvlText w:val="%1.%2.%3.%4.%5.%6."/>
      <w:lvlJc w:val="left"/>
      <w:pPr>
        <w:ind w:left="720" w:hanging="720"/>
      </w:pPr>
      <w:rPr>
        <w:rFonts w:ascii="Arial" w:eastAsia="Arial" w:hAnsi="Arial" w:hint="default"/>
        <w:b/>
        <w:color w:val="1F4E79"/>
        <w:sz w:val="26"/>
      </w:rPr>
    </w:lvl>
    <w:lvl w:ilvl="6">
      <w:start w:val="1"/>
      <w:numFmt w:val="decimal"/>
      <w:lvlText w:val="%1.%2.%3.%4.%5.%6.%7."/>
      <w:lvlJc w:val="left"/>
      <w:pPr>
        <w:ind w:left="720" w:hanging="720"/>
      </w:pPr>
      <w:rPr>
        <w:rFonts w:ascii="Arial" w:eastAsia="Arial" w:hAnsi="Arial" w:hint="default"/>
        <w:b/>
        <w:color w:val="1F4E79"/>
        <w:sz w:val="26"/>
      </w:rPr>
    </w:lvl>
    <w:lvl w:ilvl="7">
      <w:start w:val="1"/>
      <w:numFmt w:val="decimal"/>
      <w:lvlText w:val="%1.%2.%3.%4.%5.%6.%7.%8."/>
      <w:lvlJc w:val="left"/>
      <w:pPr>
        <w:ind w:left="1080" w:hanging="1080"/>
      </w:pPr>
      <w:rPr>
        <w:rFonts w:ascii="Arial" w:eastAsia="Arial" w:hAnsi="Arial" w:hint="default"/>
        <w:b/>
        <w:color w:val="1F4E79"/>
        <w:sz w:val="26"/>
      </w:rPr>
    </w:lvl>
    <w:lvl w:ilvl="8">
      <w:start w:val="1"/>
      <w:numFmt w:val="decimal"/>
      <w:lvlText w:val="%1.%2.%3.%4.%5.%6.%7.%8.%9."/>
      <w:lvlJc w:val="left"/>
      <w:pPr>
        <w:ind w:left="1080" w:hanging="1080"/>
      </w:pPr>
      <w:rPr>
        <w:rFonts w:ascii="Arial" w:eastAsia="Arial" w:hAnsi="Arial" w:hint="default"/>
        <w:b/>
        <w:color w:val="1F4E79"/>
        <w:sz w:val="26"/>
      </w:rPr>
    </w:lvl>
  </w:abstractNum>
  <w:abstractNum w:abstractNumId="11" w15:restartNumberingAfterBreak="0">
    <w:nsid w:val="5910766F"/>
    <w:multiLevelType w:val="multilevel"/>
    <w:tmpl w:val="DDA0DCE6"/>
    <w:lvl w:ilvl="0">
      <w:start w:val="1"/>
      <w:numFmt w:val="decimal"/>
      <w:lvlText w:val="%1."/>
      <w:lvlJc w:val="left"/>
      <w:pPr>
        <w:ind w:left="360" w:firstLine="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76B4D34"/>
    <w:multiLevelType w:val="hybridMultilevel"/>
    <w:tmpl w:val="1E1C6A52"/>
    <w:lvl w:ilvl="0" w:tplc="89F038FA">
      <w:start w:val="1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A84"/>
    <w:rsid w:val="00013F07"/>
    <w:rsid w:val="00030EA3"/>
    <w:rsid w:val="00034616"/>
    <w:rsid w:val="0003719D"/>
    <w:rsid w:val="00043FE2"/>
    <w:rsid w:val="000444C0"/>
    <w:rsid w:val="0006063C"/>
    <w:rsid w:val="000659CC"/>
    <w:rsid w:val="00067900"/>
    <w:rsid w:val="0007178F"/>
    <w:rsid w:val="00077E85"/>
    <w:rsid w:val="000A7F5E"/>
    <w:rsid w:val="000B25F3"/>
    <w:rsid w:val="000C2707"/>
    <w:rsid w:val="000D2947"/>
    <w:rsid w:val="000D63FA"/>
    <w:rsid w:val="000E73AA"/>
    <w:rsid w:val="000F00E1"/>
    <w:rsid w:val="000F6A48"/>
    <w:rsid w:val="00111882"/>
    <w:rsid w:val="00124634"/>
    <w:rsid w:val="00126EF5"/>
    <w:rsid w:val="00132818"/>
    <w:rsid w:val="00145B54"/>
    <w:rsid w:val="0015074B"/>
    <w:rsid w:val="001507E1"/>
    <w:rsid w:val="00191204"/>
    <w:rsid w:val="00193FFA"/>
    <w:rsid w:val="0019715C"/>
    <w:rsid w:val="001A0660"/>
    <w:rsid w:val="001A411A"/>
    <w:rsid w:val="001A7165"/>
    <w:rsid w:val="001C076E"/>
    <w:rsid w:val="001C68CB"/>
    <w:rsid w:val="001F5042"/>
    <w:rsid w:val="002050A6"/>
    <w:rsid w:val="002109B2"/>
    <w:rsid w:val="00223E7B"/>
    <w:rsid w:val="00225E3A"/>
    <w:rsid w:val="00226079"/>
    <w:rsid w:val="00233E73"/>
    <w:rsid w:val="00254B0C"/>
    <w:rsid w:val="0026010A"/>
    <w:rsid w:val="0027065A"/>
    <w:rsid w:val="0027363F"/>
    <w:rsid w:val="002914A2"/>
    <w:rsid w:val="0029639D"/>
    <w:rsid w:val="002A665B"/>
    <w:rsid w:val="002C47B0"/>
    <w:rsid w:val="002D4D52"/>
    <w:rsid w:val="002F14D0"/>
    <w:rsid w:val="002F2AE7"/>
    <w:rsid w:val="002F31F6"/>
    <w:rsid w:val="0030745B"/>
    <w:rsid w:val="00310719"/>
    <w:rsid w:val="003220B9"/>
    <w:rsid w:val="0032493D"/>
    <w:rsid w:val="00326F90"/>
    <w:rsid w:val="003304CF"/>
    <w:rsid w:val="00335093"/>
    <w:rsid w:val="00343317"/>
    <w:rsid w:val="00361D81"/>
    <w:rsid w:val="003719F6"/>
    <w:rsid w:val="003732F8"/>
    <w:rsid w:val="00384281"/>
    <w:rsid w:val="003A5BDC"/>
    <w:rsid w:val="003B0671"/>
    <w:rsid w:val="003B0C66"/>
    <w:rsid w:val="003B3ACD"/>
    <w:rsid w:val="003D1781"/>
    <w:rsid w:val="0040493C"/>
    <w:rsid w:val="00415B3B"/>
    <w:rsid w:val="00417D87"/>
    <w:rsid w:val="00442897"/>
    <w:rsid w:val="00455E81"/>
    <w:rsid w:val="004749DA"/>
    <w:rsid w:val="004808AC"/>
    <w:rsid w:val="004A3A4A"/>
    <w:rsid w:val="004B0319"/>
    <w:rsid w:val="004B55F0"/>
    <w:rsid w:val="004D39F3"/>
    <w:rsid w:val="004F5D6A"/>
    <w:rsid w:val="00507BB1"/>
    <w:rsid w:val="00515C0B"/>
    <w:rsid w:val="0052080B"/>
    <w:rsid w:val="00530F7E"/>
    <w:rsid w:val="00533463"/>
    <w:rsid w:val="005359C1"/>
    <w:rsid w:val="0057098C"/>
    <w:rsid w:val="00577EB2"/>
    <w:rsid w:val="00584844"/>
    <w:rsid w:val="00584F96"/>
    <w:rsid w:val="005939FF"/>
    <w:rsid w:val="00615948"/>
    <w:rsid w:val="00621A16"/>
    <w:rsid w:val="0062237D"/>
    <w:rsid w:val="006228A6"/>
    <w:rsid w:val="0062559A"/>
    <w:rsid w:val="0062608B"/>
    <w:rsid w:val="006319B9"/>
    <w:rsid w:val="00636EA9"/>
    <w:rsid w:val="0067255F"/>
    <w:rsid w:val="00691B6D"/>
    <w:rsid w:val="00696B92"/>
    <w:rsid w:val="006A32BD"/>
    <w:rsid w:val="006B127E"/>
    <w:rsid w:val="006B3217"/>
    <w:rsid w:val="006B382A"/>
    <w:rsid w:val="006C2432"/>
    <w:rsid w:val="006C7FB7"/>
    <w:rsid w:val="006D0AF0"/>
    <w:rsid w:val="006D25F1"/>
    <w:rsid w:val="006D5A6E"/>
    <w:rsid w:val="006E5484"/>
    <w:rsid w:val="006F2690"/>
    <w:rsid w:val="006F49AB"/>
    <w:rsid w:val="0071485E"/>
    <w:rsid w:val="00761690"/>
    <w:rsid w:val="007A1FAD"/>
    <w:rsid w:val="007B4BF3"/>
    <w:rsid w:val="007C272E"/>
    <w:rsid w:val="007C7374"/>
    <w:rsid w:val="007D1593"/>
    <w:rsid w:val="007E72B5"/>
    <w:rsid w:val="007E77B1"/>
    <w:rsid w:val="007E7873"/>
    <w:rsid w:val="007F1890"/>
    <w:rsid w:val="007F1B8F"/>
    <w:rsid w:val="008108BA"/>
    <w:rsid w:val="00833841"/>
    <w:rsid w:val="00843A1D"/>
    <w:rsid w:val="00847947"/>
    <w:rsid w:val="008A0A15"/>
    <w:rsid w:val="008A21A0"/>
    <w:rsid w:val="008A4D8E"/>
    <w:rsid w:val="008B668C"/>
    <w:rsid w:val="008C1CA9"/>
    <w:rsid w:val="008C2C35"/>
    <w:rsid w:val="008D1837"/>
    <w:rsid w:val="008E25F4"/>
    <w:rsid w:val="008F6A50"/>
    <w:rsid w:val="00912297"/>
    <w:rsid w:val="009151AB"/>
    <w:rsid w:val="009166CF"/>
    <w:rsid w:val="00940861"/>
    <w:rsid w:val="009416D6"/>
    <w:rsid w:val="00943A09"/>
    <w:rsid w:val="0094487E"/>
    <w:rsid w:val="00966AE9"/>
    <w:rsid w:val="00987C22"/>
    <w:rsid w:val="0099690E"/>
    <w:rsid w:val="009A7F13"/>
    <w:rsid w:val="009B209D"/>
    <w:rsid w:val="009B2233"/>
    <w:rsid w:val="009B2BAE"/>
    <w:rsid w:val="009E586B"/>
    <w:rsid w:val="009E6E1F"/>
    <w:rsid w:val="00A05A60"/>
    <w:rsid w:val="00A107D3"/>
    <w:rsid w:val="00A12FAC"/>
    <w:rsid w:val="00A23182"/>
    <w:rsid w:val="00A33D9B"/>
    <w:rsid w:val="00A36AFF"/>
    <w:rsid w:val="00A668F3"/>
    <w:rsid w:val="00A71637"/>
    <w:rsid w:val="00A8149E"/>
    <w:rsid w:val="00A81F16"/>
    <w:rsid w:val="00A8666E"/>
    <w:rsid w:val="00A871B8"/>
    <w:rsid w:val="00A90F23"/>
    <w:rsid w:val="00A931B5"/>
    <w:rsid w:val="00A93C15"/>
    <w:rsid w:val="00AA1D8D"/>
    <w:rsid w:val="00AA4911"/>
    <w:rsid w:val="00AB6222"/>
    <w:rsid w:val="00AD11F0"/>
    <w:rsid w:val="00AE2AAE"/>
    <w:rsid w:val="00AE7C61"/>
    <w:rsid w:val="00AF29B5"/>
    <w:rsid w:val="00B05AB4"/>
    <w:rsid w:val="00B47730"/>
    <w:rsid w:val="00B55CB1"/>
    <w:rsid w:val="00B7549E"/>
    <w:rsid w:val="00B862D2"/>
    <w:rsid w:val="00B91F20"/>
    <w:rsid w:val="00B94AD9"/>
    <w:rsid w:val="00B950F9"/>
    <w:rsid w:val="00B95124"/>
    <w:rsid w:val="00BB35A8"/>
    <w:rsid w:val="00BB3D32"/>
    <w:rsid w:val="00BC1D18"/>
    <w:rsid w:val="00BE017E"/>
    <w:rsid w:val="00C02B85"/>
    <w:rsid w:val="00C05FFB"/>
    <w:rsid w:val="00C12438"/>
    <w:rsid w:val="00C14A8D"/>
    <w:rsid w:val="00C17FF3"/>
    <w:rsid w:val="00C47A04"/>
    <w:rsid w:val="00C55AA2"/>
    <w:rsid w:val="00C84D5E"/>
    <w:rsid w:val="00C9475B"/>
    <w:rsid w:val="00C9537C"/>
    <w:rsid w:val="00CB0664"/>
    <w:rsid w:val="00CB1BBB"/>
    <w:rsid w:val="00CB64E3"/>
    <w:rsid w:val="00CC01B3"/>
    <w:rsid w:val="00CD11AC"/>
    <w:rsid w:val="00CD3194"/>
    <w:rsid w:val="00D10173"/>
    <w:rsid w:val="00D15C34"/>
    <w:rsid w:val="00D22243"/>
    <w:rsid w:val="00D23ED2"/>
    <w:rsid w:val="00D457F3"/>
    <w:rsid w:val="00D54F49"/>
    <w:rsid w:val="00D65A6A"/>
    <w:rsid w:val="00D72C70"/>
    <w:rsid w:val="00D83C19"/>
    <w:rsid w:val="00D965C4"/>
    <w:rsid w:val="00DA566C"/>
    <w:rsid w:val="00DB5707"/>
    <w:rsid w:val="00DC4F70"/>
    <w:rsid w:val="00E05FF0"/>
    <w:rsid w:val="00E2773C"/>
    <w:rsid w:val="00E370EF"/>
    <w:rsid w:val="00E44B05"/>
    <w:rsid w:val="00E53866"/>
    <w:rsid w:val="00E6326B"/>
    <w:rsid w:val="00E63569"/>
    <w:rsid w:val="00E75F34"/>
    <w:rsid w:val="00E83270"/>
    <w:rsid w:val="00E91C7C"/>
    <w:rsid w:val="00EA03F8"/>
    <w:rsid w:val="00EB52B2"/>
    <w:rsid w:val="00EB7AAB"/>
    <w:rsid w:val="00EC36DB"/>
    <w:rsid w:val="00EF28CE"/>
    <w:rsid w:val="00EF6477"/>
    <w:rsid w:val="00F26683"/>
    <w:rsid w:val="00F5205D"/>
    <w:rsid w:val="00F54A97"/>
    <w:rsid w:val="00F66DB2"/>
    <w:rsid w:val="00F751A6"/>
    <w:rsid w:val="00F81499"/>
    <w:rsid w:val="00F85FA8"/>
    <w:rsid w:val="00F92C51"/>
    <w:rsid w:val="00F93DD7"/>
    <w:rsid w:val="00FA3B8A"/>
    <w:rsid w:val="00FB7182"/>
    <w:rsid w:val="00FC2665"/>
    <w:rsid w:val="00FC693F"/>
    <w:rsid w:val="00FE3E60"/>
    <w:rsid w:val="00FF0140"/>
    <w:rsid w:val="0A4F6454"/>
    <w:rsid w:val="290EBE7B"/>
    <w:rsid w:val="393D70DB"/>
    <w:rsid w:val="4757B3C2"/>
    <w:rsid w:val="5012733E"/>
    <w:rsid w:val="5BA82AC2"/>
    <w:rsid w:val="6E3D023B"/>
    <w:rsid w:val="70DCCD39"/>
    <w:rsid w:val="723D2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2E82C4"/>
  <w14:defaultImageDpi w14:val="300"/>
  <w15:docId w15:val="{9C11CFBC-8E4E-457E-A522-8CD7BC59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7F3"/>
    <w:rPr>
      <w:rFonts w:ascii="Calibri" w:eastAsia="Calibri" w:hAnsi="Calibri"/>
      <w:sz w:val="19"/>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vision">
    <w:name w:val="Revision"/>
    <w:hidden/>
    <w:uiPriority w:val="99"/>
    <w:semiHidden/>
    <w:rsid w:val="007A1FAD"/>
    <w:pPr>
      <w:spacing w:after="0" w:line="240" w:lineRule="auto"/>
    </w:pPr>
    <w:rPr>
      <w:rFonts w:ascii="Calibri" w:eastAsia="Calibri" w:hAnsi="Calibri"/>
      <w:sz w:val="19"/>
    </w:rPr>
  </w:style>
  <w:style w:type="character" w:styleId="Marquedecommentaire">
    <w:name w:val="annotation reference"/>
    <w:basedOn w:val="Policepardfaut"/>
    <w:uiPriority w:val="99"/>
    <w:semiHidden/>
    <w:unhideWhenUsed/>
    <w:rsid w:val="006228A6"/>
    <w:rPr>
      <w:sz w:val="16"/>
      <w:szCs w:val="16"/>
    </w:rPr>
  </w:style>
  <w:style w:type="paragraph" w:styleId="Commentaire">
    <w:name w:val="annotation text"/>
    <w:basedOn w:val="Normal"/>
    <w:link w:val="CommentaireCar"/>
    <w:uiPriority w:val="99"/>
    <w:unhideWhenUsed/>
    <w:rsid w:val="006228A6"/>
    <w:pPr>
      <w:spacing w:line="240" w:lineRule="auto"/>
    </w:pPr>
    <w:rPr>
      <w:sz w:val="20"/>
      <w:szCs w:val="20"/>
    </w:rPr>
  </w:style>
  <w:style w:type="character" w:customStyle="1" w:styleId="CommentaireCar">
    <w:name w:val="Commentaire Car"/>
    <w:basedOn w:val="Policepardfaut"/>
    <w:link w:val="Commentaire"/>
    <w:uiPriority w:val="99"/>
    <w:rsid w:val="006228A6"/>
    <w:rPr>
      <w:rFonts w:ascii="Calibri" w:eastAsia="Calibri" w:hAnsi="Calibri"/>
      <w:sz w:val="20"/>
      <w:szCs w:val="20"/>
    </w:rPr>
  </w:style>
  <w:style w:type="paragraph" w:styleId="Objetducommentaire">
    <w:name w:val="annotation subject"/>
    <w:basedOn w:val="Commentaire"/>
    <w:next w:val="Commentaire"/>
    <w:link w:val="ObjetducommentaireCar"/>
    <w:uiPriority w:val="99"/>
    <w:semiHidden/>
    <w:unhideWhenUsed/>
    <w:rsid w:val="006228A6"/>
    <w:rPr>
      <w:b/>
      <w:bCs/>
    </w:rPr>
  </w:style>
  <w:style w:type="character" w:customStyle="1" w:styleId="ObjetducommentaireCar">
    <w:name w:val="Objet du commentaire Car"/>
    <w:basedOn w:val="CommentaireCar"/>
    <w:link w:val="Objetducommentaire"/>
    <w:uiPriority w:val="99"/>
    <w:semiHidden/>
    <w:rsid w:val="006228A6"/>
    <w:rPr>
      <w:rFonts w:ascii="Calibri" w:eastAsia="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3174</TotalTime>
  <Pages>9</Pages>
  <Words>2342</Words>
  <Characters>13351</Characters>
  <Application>Microsoft Office Word</Application>
  <DocSecurity>0</DocSecurity>
  <Lines>111</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ASUS</cp:lastModifiedBy>
  <cp:revision>200</cp:revision>
  <dcterms:created xsi:type="dcterms:W3CDTF">2026-07-13T06:09:00Z</dcterms:created>
  <dcterms:modified xsi:type="dcterms:W3CDTF">2026-07-21T08:13:00Z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a0d897d8-f079-4f9c-840d-da78529c3d31</vt:lpwstr>
  </property>
  <property fmtid="{D5CDD505-2E9C-101B-9397-08002B2CF9AE}" pid="3" name="ClassificationContentMarkingFooterShapeIds">
    <vt:lpwstr>628a14ce,3ab5fe26,30cddeb4</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2026-07-13T06:09:56Z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8dcc82d2-52d6-4121-9b57-45663b3e83f9</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